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8D83" w14:textId="77777777" w:rsidR="00F54E47" w:rsidRDefault="00000000">
      <w:pPr>
        <w:spacing w:after="80"/>
        <w:jc w:val="center"/>
      </w:pPr>
      <w:r>
        <w:rPr>
          <w:b/>
          <w:color w:val="1B365D"/>
          <w:sz w:val="28"/>
        </w:rPr>
        <w:t>WNIOSEK</w:t>
      </w:r>
    </w:p>
    <w:p w14:paraId="3F44C450" w14:textId="321C5867" w:rsidR="00F54E47" w:rsidRPr="00C0427E" w:rsidRDefault="00000000">
      <w:pPr>
        <w:spacing w:after="240"/>
        <w:jc w:val="center"/>
        <w:rPr>
          <w:color w:val="444444"/>
          <w:sz w:val="22"/>
        </w:rPr>
      </w:pPr>
      <w:r w:rsidRPr="00C0427E">
        <w:rPr>
          <w:color w:val="444444"/>
          <w:sz w:val="22"/>
        </w:rPr>
        <w:t xml:space="preserve">o zawarcie umowy o realizację Bonu Senioralnego w </w:t>
      </w:r>
      <w:proofErr w:type="spellStart"/>
      <w:r w:rsidRPr="00C0427E">
        <w:rPr>
          <w:color w:val="444444"/>
          <w:sz w:val="22"/>
        </w:rPr>
        <w:t>ramach</w:t>
      </w:r>
      <w:proofErr w:type="spellEnd"/>
      <w:r w:rsidRPr="00C0427E">
        <w:rPr>
          <w:color w:val="444444"/>
          <w:sz w:val="22"/>
        </w:rPr>
        <w:t xml:space="preserve"> </w:t>
      </w:r>
      <w:proofErr w:type="spellStart"/>
      <w:r w:rsidRPr="00C0427E">
        <w:rPr>
          <w:color w:val="444444"/>
          <w:sz w:val="22"/>
        </w:rPr>
        <w:t>Programu</w:t>
      </w:r>
      <w:proofErr w:type="spellEnd"/>
      <w:r w:rsidRPr="00C0427E">
        <w:rPr>
          <w:color w:val="444444"/>
          <w:sz w:val="22"/>
        </w:rPr>
        <w:t xml:space="preserve"> </w:t>
      </w:r>
      <w:proofErr w:type="spellStart"/>
      <w:r w:rsidRPr="00C0427E">
        <w:rPr>
          <w:color w:val="444444"/>
          <w:sz w:val="22"/>
        </w:rPr>
        <w:t>Bon</w:t>
      </w:r>
      <w:r w:rsidR="00C0427E" w:rsidRPr="00C0427E">
        <w:rPr>
          <w:color w:val="444444"/>
          <w:sz w:val="22"/>
        </w:rPr>
        <w:t>u</w:t>
      </w:r>
      <w:proofErr w:type="spellEnd"/>
      <w:r w:rsidRPr="00C0427E">
        <w:rPr>
          <w:color w:val="444444"/>
          <w:sz w:val="22"/>
        </w:rPr>
        <w:t xml:space="preserve"> </w:t>
      </w:r>
      <w:proofErr w:type="spellStart"/>
      <w:r w:rsidRPr="00C0427E">
        <w:rPr>
          <w:color w:val="444444"/>
          <w:sz w:val="22"/>
        </w:rPr>
        <w:t>Senioralnego</w:t>
      </w:r>
      <w:proofErr w:type="spellEnd"/>
      <w:r w:rsidRPr="00C0427E">
        <w:rPr>
          <w:color w:val="444444"/>
          <w:sz w:val="22"/>
        </w:rPr>
        <w:t xml:space="preserve"> </w:t>
      </w:r>
      <w:proofErr w:type="spellStart"/>
      <w:r w:rsidRPr="00C0427E">
        <w:rPr>
          <w:color w:val="444444"/>
          <w:sz w:val="22"/>
        </w:rPr>
        <w:t>na</w:t>
      </w:r>
      <w:proofErr w:type="spellEnd"/>
      <w:r w:rsidRPr="00C0427E">
        <w:rPr>
          <w:color w:val="444444"/>
          <w:sz w:val="22"/>
        </w:rPr>
        <w:t xml:space="preserve"> </w:t>
      </w:r>
      <w:proofErr w:type="spellStart"/>
      <w:r w:rsidRPr="00C0427E">
        <w:rPr>
          <w:color w:val="444444"/>
          <w:sz w:val="22"/>
        </w:rPr>
        <w:t>lata</w:t>
      </w:r>
      <w:proofErr w:type="spellEnd"/>
      <w:r w:rsidRPr="00C0427E">
        <w:rPr>
          <w:color w:val="444444"/>
          <w:sz w:val="22"/>
        </w:rPr>
        <w:t xml:space="preserve"> 2026-2028</w:t>
      </w:r>
    </w:p>
    <w:p w14:paraId="4ADC2692" w14:textId="22AF4628" w:rsidR="00C0427E" w:rsidRPr="00C0427E" w:rsidRDefault="00C0427E" w:rsidP="00C0427E">
      <w:pPr>
        <w:spacing w:after="280"/>
        <w:rPr>
          <w:b/>
          <w:sz w:val="22"/>
        </w:rPr>
      </w:pPr>
      <w:r w:rsidRPr="00C0427E">
        <w:rPr>
          <w:b/>
          <w:sz w:val="22"/>
        </w:rPr>
        <w:t>BURMISTRZ MIASTA RYPIN</w:t>
      </w:r>
      <w:r w:rsidRPr="00C0427E">
        <w:rPr>
          <w:b/>
          <w:sz w:val="22"/>
        </w:rPr>
        <w:br/>
      </w:r>
      <w:r w:rsidRPr="00C0427E">
        <w:rPr>
          <w:sz w:val="22"/>
        </w:rPr>
        <w:t xml:space="preserve">za </w:t>
      </w:r>
      <w:proofErr w:type="spellStart"/>
      <w:r w:rsidRPr="00C0427E">
        <w:rPr>
          <w:sz w:val="22"/>
        </w:rPr>
        <w:t>pośrednictwem</w:t>
      </w:r>
      <w:proofErr w:type="spellEnd"/>
      <w:r w:rsidRPr="00C0427E">
        <w:rPr>
          <w:sz w:val="22"/>
        </w:rPr>
        <w:t xml:space="preserve">: </w:t>
      </w:r>
      <w:proofErr w:type="spellStart"/>
      <w:proofErr w:type="gramStart"/>
      <w:r w:rsidRPr="00C0427E">
        <w:rPr>
          <w:sz w:val="22"/>
        </w:rPr>
        <w:t>Miejskiego</w:t>
      </w:r>
      <w:proofErr w:type="spellEnd"/>
      <w:r w:rsidRPr="00C0427E">
        <w:rPr>
          <w:sz w:val="22"/>
        </w:rPr>
        <w:t xml:space="preserve">  </w:t>
      </w:r>
      <w:proofErr w:type="spellStart"/>
      <w:r w:rsidRPr="00C0427E">
        <w:rPr>
          <w:sz w:val="22"/>
        </w:rPr>
        <w:t>Ośrodka</w:t>
      </w:r>
      <w:proofErr w:type="spellEnd"/>
      <w:proofErr w:type="gramEnd"/>
      <w:r w:rsidRPr="00C0427E">
        <w:rPr>
          <w:sz w:val="22"/>
        </w:rPr>
        <w:t xml:space="preserve"> </w:t>
      </w:r>
      <w:proofErr w:type="spellStart"/>
      <w:r w:rsidRPr="00C0427E">
        <w:rPr>
          <w:sz w:val="22"/>
        </w:rPr>
        <w:t>Pomocy</w:t>
      </w:r>
      <w:proofErr w:type="spellEnd"/>
      <w:r w:rsidRPr="00C0427E">
        <w:rPr>
          <w:sz w:val="22"/>
        </w:rPr>
        <w:t xml:space="preserve"> </w:t>
      </w:r>
      <w:proofErr w:type="spellStart"/>
      <w:r w:rsidRPr="00C0427E">
        <w:rPr>
          <w:sz w:val="22"/>
        </w:rPr>
        <w:t>Społecznej</w:t>
      </w:r>
      <w:proofErr w:type="spellEnd"/>
      <w:r w:rsidRPr="00C0427E">
        <w:rPr>
          <w:sz w:val="22"/>
        </w:rPr>
        <w:t xml:space="preserve"> w Rypinie, ul. Warszawska 40, 87-500 Rypin</w:t>
      </w:r>
    </w:p>
    <w:p w14:paraId="4C2C164A" w14:textId="04782743" w:rsidR="00F54E47" w:rsidRPr="00C0427E" w:rsidRDefault="00000000" w:rsidP="00C0427E">
      <w:pPr>
        <w:jc w:val="both"/>
        <w:rPr>
          <w:sz w:val="22"/>
        </w:rPr>
      </w:pPr>
      <w:r w:rsidRPr="00C0427E">
        <w:rPr>
          <w:sz w:val="22"/>
        </w:rPr>
        <w:t xml:space="preserve">Na </w:t>
      </w:r>
      <w:proofErr w:type="spellStart"/>
      <w:r w:rsidRPr="00C0427E">
        <w:rPr>
          <w:sz w:val="22"/>
        </w:rPr>
        <w:t>podstawie</w:t>
      </w:r>
      <w:proofErr w:type="spellEnd"/>
      <w:r w:rsidRPr="00C0427E">
        <w:rPr>
          <w:sz w:val="22"/>
        </w:rPr>
        <w:t xml:space="preserve"> §</w:t>
      </w:r>
      <w:r w:rsidR="00C0427E" w:rsidRPr="00C0427E">
        <w:rPr>
          <w:sz w:val="22"/>
        </w:rPr>
        <w:t xml:space="preserve"> </w:t>
      </w:r>
      <w:r w:rsidRPr="00C0427E">
        <w:rPr>
          <w:sz w:val="22"/>
        </w:rPr>
        <w:t xml:space="preserve">3 </w:t>
      </w:r>
      <w:proofErr w:type="spellStart"/>
      <w:r w:rsidRPr="00C0427E">
        <w:rPr>
          <w:sz w:val="22"/>
        </w:rPr>
        <w:t>ust</w:t>
      </w:r>
      <w:proofErr w:type="spellEnd"/>
      <w:r w:rsidRPr="00C0427E">
        <w:rPr>
          <w:sz w:val="22"/>
        </w:rPr>
        <w:t>. 1 rozporządzenia Rady Ministrów z dnia 29 września 2026 r. w sprawie Programu Bonu Senioralnego na lata 2026-2028 (Dz. U. poz. 1277), zwracam się z wnioskiem o zakwalifikowanie mnie do zawarcia umowy o realizację Bonu Senioralnego.</w:t>
      </w:r>
    </w:p>
    <w:p w14:paraId="479D86A0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I. DANE IDENTYFIKACYJNE I KONTAKTOWE SENIORA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320"/>
        <w:gridCol w:w="5472"/>
      </w:tblGrid>
      <w:tr w:rsidR="00F54E47" w14:paraId="46DD6AA4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4288F0" w14:textId="77777777" w:rsidR="00F54E47" w:rsidRDefault="00000000">
            <w:pPr>
              <w:spacing w:after="0"/>
            </w:pPr>
            <w:r>
              <w:rPr>
                <w:b/>
              </w:rPr>
              <w:t>Imię i nazwisko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8C065F" w14:textId="77777777" w:rsidR="00F54E47" w:rsidRDefault="00F54E47">
            <w:pPr>
              <w:spacing w:after="0"/>
            </w:pPr>
          </w:p>
        </w:tc>
      </w:tr>
      <w:tr w:rsidR="00F54E47" w14:paraId="0FC3AC23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50EBD2" w14:textId="77777777" w:rsidR="00F54E47" w:rsidRDefault="00000000">
            <w:pPr>
              <w:spacing w:after="0"/>
            </w:pPr>
            <w:r>
              <w:rPr>
                <w:b/>
              </w:rPr>
              <w:t>PESEL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73B3C0" w14:textId="77777777" w:rsidR="00F54E47" w:rsidRDefault="00F54E47">
            <w:pPr>
              <w:spacing w:after="0"/>
            </w:pPr>
          </w:p>
        </w:tc>
      </w:tr>
      <w:tr w:rsidR="00F54E47" w14:paraId="55A9A38E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AF76F5" w14:textId="77777777" w:rsidR="00F54E47" w:rsidRDefault="00000000">
            <w:pPr>
              <w:spacing w:after="0"/>
            </w:pPr>
            <w:r>
              <w:rPr>
                <w:b/>
              </w:rPr>
              <w:t>Data urodzenia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737057" w14:textId="77777777" w:rsidR="00F54E47" w:rsidRDefault="00F54E47">
            <w:pPr>
              <w:spacing w:after="0"/>
            </w:pPr>
          </w:p>
        </w:tc>
      </w:tr>
      <w:tr w:rsidR="00F54E47" w14:paraId="21BB886C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F45247" w14:textId="77777777" w:rsidR="00F54E47" w:rsidRDefault="00000000">
            <w:pPr>
              <w:spacing w:after="0"/>
            </w:pPr>
            <w:r>
              <w:rPr>
                <w:b/>
              </w:rPr>
              <w:t>Seria i numer dokumentu potwierdzającego tożsamość</w:t>
            </w:r>
            <w:r>
              <w:rPr>
                <w:b/>
              </w:rPr>
              <w:br/>
              <w:t>(w przypadku braku PESEL)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0569E0" w14:textId="77777777" w:rsidR="00F54E47" w:rsidRDefault="00F54E47">
            <w:pPr>
              <w:spacing w:after="0"/>
            </w:pPr>
          </w:p>
        </w:tc>
      </w:tr>
      <w:tr w:rsidR="00F54E47" w14:paraId="21D66F97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6D6D1A" w14:textId="77777777" w:rsidR="00F54E47" w:rsidRDefault="00000000">
            <w:pPr>
              <w:spacing w:after="0"/>
            </w:pPr>
            <w:r>
              <w:rPr>
                <w:b/>
              </w:rPr>
              <w:t>Adres miejsca zamieszkania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FF5E6E" w14:textId="77777777" w:rsidR="00F54E47" w:rsidRDefault="00F54E47">
            <w:pPr>
              <w:spacing w:after="0"/>
            </w:pPr>
          </w:p>
        </w:tc>
      </w:tr>
      <w:tr w:rsidR="00F54E47" w14:paraId="1C75BD8E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83AE3A" w14:textId="77777777" w:rsidR="00F54E47" w:rsidRDefault="00000000">
            <w:pPr>
              <w:spacing w:after="0"/>
            </w:pPr>
            <w:r>
              <w:rPr>
                <w:b/>
              </w:rPr>
              <w:t>Telefon / e-mail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BFADA7" w14:textId="77777777" w:rsidR="00F54E47" w:rsidRDefault="00F54E47">
            <w:pPr>
              <w:spacing w:after="0"/>
            </w:pPr>
          </w:p>
        </w:tc>
      </w:tr>
    </w:tbl>
    <w:p w14:paraId="6BF5BAEA" w14:textId="77777777" w:rsidR="00F54E47" w:rsidRDefault="00000000">
      <w:pPr>
        <w:spacing w:before="160" w:after="80"/>
      </w:pPr>
      <w:r>
        <w:rPr>
          <w:b/>
        </w:rPr>
        <w:t>Wnioskodawca, jeżeli wniosek składa inna osoba niż senior: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320"/>
        <w:gridCol w:w="5472"/>
      </w:tblGrid>
      <w:tr w:rsidR="00F54E47" w14:paraId="41445DA1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10840A" w14:textId="77777777" w:rsidR="00F54E47" w:rsidRDefault="00000000">
            <w:pPr>
              <w:spacing w:after="0"/>
            </w:pPr>
            <w:r>
              <w:rPr>
                <w:b/>
              </w:rPr>
              <w:t>Imię i nazwisko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A6562B" w14:textId="77777777" w:rsidR="00F54E47" w:rsidRDefault="00F54E47">
            <w:pPr>
              <w:spacing w:after="0"/>
            </w:pPr>
          </w:p>
        </w:tc>
      </w:tr>
      <w:tr w:rsidR="00F54E47" w14:paraId="72C6D449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C8B131" w14:textId="77777777" w:rsidR="00F54E47" w:rsidRDefault="00000000">
            <w:pPr>
              <w:spacing w:after="0"/>
            </w:pPr>
            <w:r>
              <w:rPr>
                <w:b/>
              </w:rPr>
              <w:t>Adres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429E7D" w14:textId="77777777" w:rsidR="00F54E47" w:rsidRDefault="00F54E47">
            <w:pPr>
              <w:spacing w:after="0"/>
            </w:pPr>
          </w:p>
        </w:tc>
      </w:tr>
      <w:tr w:rsidR="00F54E47" w14:paraId="6B1CFA27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CADB2C" w14:textId="77777777" w:rsidR="00F54E47" w:rsidRDefault="00000000">
            <w:pPr>
              <w:spacing w:after="0"/>
            </w:pPr>
            <w:r>
              <w:rPr>
                <w:b/>
              </w:rPr>
              <w:t>Telefon / e-mail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46FB22" w14:textId="77777777" w:rsidR="00F54E47" w:rsidRDefault="00F54E47">
            <w:pPr>
              <w:spacing w:after="0"/>
            </w:pPr>
          </w:p>
        </w:tc>
      </w:tr>
      <w:tr w:rsidR="00F54E47" w14:paraId="20C3CFCA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B589DA" w14:textId="77777777" w:rsidR="00F54E47" w:rsidRDefault="00000000">
            <w:pPr>
              <w:spacing w:after="0"/>
            </w:pPr>
            <w:r>
              <w:rPr>
                <w:b/>
              </w:rPr>
              <w:t>Podstawa działania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764863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przedstawiciel ustawowy </w:t>
            </w:r>
            <w:proofErr w:type="gramStart"/>
            <w:r>
              <w:t xml:space="preserve">   [  ]</w:t>
            </w:r>
            <w:proofErr w:type="gramEnd"/>
            <w:r>
              <w:t xml:space="preserve"> pełnomocnik</w:t>
            </w:r>
          </w:p>
        </w:tc>
      </w:tr>
      <w:tr w:rsidR="00F54E47" w14:paraId="207DDCEE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073959" w14:textId="77777777" w:rsidR="00F54E47" w:rsidRDefault="00000000">
            <w:pPr>
              <w:spacing w:after="0"/>
            </w:pPr>
            <w:r>
              <w:rPr>
                <w:b/>
              </w:rPr>
              <w:t>Załączniki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2FD151" w14:textId="77777777" w:rsidR="00F54E47" w:rsidRDefault="00000000">
            <w:pPr>
              <w:spacing w:after="0"/>
            </w:pPr>
            <w:r>
              <w:t>Do wniosku należy dołączyć dokument potwierdzający pełnomocnictwo lub reprezentację jako opiekun prawny.</w:t>
            </w:r>
          </w:p>
        </w:tc>
      </w:tr>
    </w:tbl>
    <w:p w14:paraId="17915B66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II. OŚWIADCZENIA DOTYCZĄCE SPEŁNIANIA WARUNKÓW</w:t>
      </w:r>
    </w:p>
    <w:p w14:paraId="3E6C0FBA" w14:textId="77777777" w:rsidR="00F54E47" w:rsidRDefault="00000000">
      <w:r>
        <w:t>Oświadczam, że: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7200"/>
        <w:gridCol w:w="2592"/>
      </w:tblGrid>
      <w:tr w:rsidR="00F54E47" w14:paraId="1115409D" w14:textId="77777777">
        <w:trPr>
          <w:jc w:val="center"/>
        </w:trPr>
        <w:tc>
          <w:tcPr>
            <w:tcW w:w="72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A42AD6" w14:textId="77777777" w:rsidR="00F54E47" w:rsidRDefault="00000000">
            <w:pPr>
              <w:spacing w:after="0"/>
            </w:pPr>
            <w:r>
              <w:t>1. Ukończyłem/am 65 rok życia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0C2C87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57F0B153" w14:textId="77777777">
        <w:trPr>
          <w:jc w:val="center"/>
        </w:trPr>
        <w:tc>
          <w:tcPr>
            <w:tcW w:w="72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5C8D64" w14:textId="77777777" w:rsidR="00F54E47" w:rsidRDefault="00000000">
            <w:pPr>
              <w:spacing w:after="0"/>
            </w:pPr>
            <w:r>
              <w:t>2. Zamieszkuję na terytorium Rzeczypospolitej Polskiej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A924AC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1B3E111D" w14:textId="77777777">
        <w:trPr>
          <w:jc w:val="center"/>
        </w:trPr>
        <w:tc>
          <w:tcPr>
            <w:tcW w:w="72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CFAAFF" w14:textId="77777777" w:rsidR="00F54E47" w:rsidRDefault="00000000">
            <w:pPr>
              <w:spacing w:after="0"/>
            </w:pPr>
            <w:r>
              <w:t>3. Jestem:</w:t>
            </w:r>
            <w:r>
              <w:br/>
              <w:t xml:space="preserve">  • obywatelem Rzeczypospolitej Polskiej</w:t>
            </w:r>
            <w:r>
              <w:br/>
            </w:r>
            <w:r>
              <w:lastRenderedPageBreak/>
              <w:t xml:space="preserve">  • obywatelem państwa Unii Europejskiej</w:t>
            </w:r>
            <w:r>
              <w:br/>
              <w:t xml:space="preserve">  • obywatelem państwa Europejskiego Obszaru Gospodarczego</w:t>
            </w:r>
            <w:r>
              <w:br/>
              <w:t xml:space="preserve">  • obywatelem Konfederacji Szwajcarskiej</w:t>
            </w:r>
            <w:r>
              <w:br/>
              <w:t xml:space="preserve">  • obywatelem Zjednoczonego Królestwa Wielkiej Brytanii i Irlandii Północnej (o którym mowa w art. 10 ust. 1 lit. b, d-f umowy o wystąpieniu z UE i EAEC)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9F60EC" w14:textId="77777777" w:rsidR="00F54E47" w:rsidRDefault="00000000">
            <w:pPr>
              <w:spacing w:after="0"/>
            </w:pPr>
            <w:proofErr w:type="gramStart"/>
            <w:r>
              <w:lastRenderedPageBreak/>
              <w:t>[  ]</w:t>
            </w:r>
            <w:proofErr w:type="gramEnd"/>
            <w:r>
              <w:t xml:space="preserve"> TAK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  <w:r>
              <w:br/>
            </w:r>
            <w:proofErr w:type="gramStart"/>
            <w:r>
              <w:t>[  ]</w:t>
            </w:r>
            <w:proofErr w:type="gramEnd"/>
            <w:r>
              <w:t xml:space="preserve"> TAK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  <w:r>
              <w:br/>
            </w:r>
            <w:proofErr w:type="gramStart"/>
            <w:r>
              <w:lastRenderedPageBreak/>
              <w:t>[  ]</w:t>
            </w:r>
            <w:proofErr w:type="gramEnd"/>
            <w:r>
              <w:t xml:space="preserve"> TAK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  <w:r>
              <w:br/>
            </w:r>
            <w:proofErr w:type="gramStart"/>
            <w:r>
              <w:t>[  ]</w:t>
            </w:r>
            <w:proofErr w:type="gramEnd"/>
            <w:r>
              <w:t xml:space="preserve"> TAK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  <w:r>
              <w:br/>
            </w:r>
            <w:proofErr w:type="gramStart"/>
            <w:r>
              <w:t>[  ]</w:t>
            </w:r>
            <w:proofErr w:type="gramEnd"/>
            <w:r>
              <w:t xml:space="preserve"> TAK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  <w:p w14:paraId="04DFDD6B" w14:textId="53D1473B" w:rsidR="008E3099" w:rsidRDefault="008E3099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6CB90E2C" w14:textId="77777777">
        <w:trPr>
          <w:jc w:val="center"/>
        </w:trPr>
        <w:tc>
          <w:tcPr>
            <w:tcW w:w="72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2344B3" w14:textId="77777777" w:rsidR="00F54E47" w:rsidRDefault="00000000">
            <w:pPr>
              <w:spacing w:after="0"/>
            </w:pPr>
            <w:r>
              <w:lastRenderedPageBreak/>
              <w:t>4. Posiadam niezaspokojone potrzeby w zakresie podstawowych czynności życia codziennego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0F6596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6830B62F" w14:textId="77777777">
        <w:trPr>
          <w:jc w:val="center"/>
        </w:trPr>
        <w:tc>
          <w:tcPr>
            <w:tcW w:w="72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61904B" w14:textId="77777777" w:rsidR="00F54E47" w:rsidRDefault="00000000">
            <w:pPr>
              <w:spacing w:after="0"/>
            </w:pPr>
            <w:r>
              <w:t>5. Posiadam opiekuna faktycznego mogącego zapewnić wsparcie umożliwiające zaspokojenie w/w potrzeb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E94CB6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</w:tbl>
    <w:p w14:paraId="2FCA21A3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III. INFORMACJA O DOCHODZIE</w:t>
      </w:r>
    </w:p>
    <w:p w14:paraId="3B68D56B" w14:textId="77777777" w:rsidR="008E3099" w:rsidRDefault="00000000">
      <w:pPr>
        <w:spacing w:after="80"/>
      </w:pPr>
      <w:r>
        <w:rPr>
          <w:b/>
        </w:rPr>
        <w:t>Źródło/źródła dochodu:</w:t>
      </w:r>
      <w:r>
        <w:rPr>
          <w:b/>
        </w:rPr>
        <w:br/>
      </w:r>
      <w:proofErr w:type="gramStart"/>
      <w:r>
        <w:t>[  ]</w:t>
      </w:r>
      <w:proofErr w:type="gramEnd"/>
      <w:r>
        <w:t xml:space="preserve"> emerytura     </w:t>
      </w:r>
    </w:p>
    <w:p w14:paraId="31586A98" w14:textId="77777777" w:rsidR="008E3099" w:rsidRDefault="00000000">
      <w:pPr>
        <w:spacing w:after="80"/>
      </w:pPr>
      <w:proofErr w:type="gramStart"/>
      <w:r>
        <w:t>[  ]</w:t>
      </w:r>
      <w:proofErr w:type="gramEnd"/>
      <w:r>
        <w:t xml:space="preserve"> renta      </w:t>
      </w:r>
    </w:p>
    <w:p w14:paraId="5C0F628F" w14:textId="77777777" w:rsidR="008E3099" w:rsidRDefault="00000000">
      <w:pPr>
        <w:spacing w:after="80"/>
      </w:pPr>
      <w:proofErr w:type="gramStart"/>
      <w:r>
        <w:t>[  ]</w:t>
      </w:r>
      <w:proofErr w:type="gramEnd"/>
      <w:r>
        <w:t xml:space="preserve"> </w:t>
      </w:r>
      <w:proofErr w:type="spellStart"/>
      <w:r>
        <w:t>wynagrodzenie</w:t>
      </w:r>
      <w:proofErr w:type="spellEnd"/>
      <w:r>
        <w:t xml:space="preserve"> ze </w:t>
      </w:r>
      <w:proofErr w:type="spellStart"/>
      <w:r>
        <w:t>stosunku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  </w:t>
      </w:r>
    </w:p>
    <w:p w14:paraId="6767EB6D" w14:textId="77777777" w:rsidR="008E3099" w:rsidRDefault="00000000">
      <w:pPr>
        <w:spacing w:after="80"/>
      </w:pPr>
      <w:proofErr w:type="gramStart"/>
      <w:r>
        <w:t>[  ]</w:t>
      </w:r>
      <w:proofErr w:type="gramEnd"/>
      <w:r>
        <w:t xml:space="preserve"> działalność gospodarcza</w:t>
      </w:r>
      <w:r>
        <w:br/>
      </w:r>
      <w:proofErr w:type="gramStart"/>
      <w:r>
        <w:t>[  ]</w:t>
      </w:r>
      <w:proofErr w:type="gramEnd"/>
      <w:r>
        <w:t xml:space="preserve"> świadczenia z ubezpieczenia społecznego     </w:t>
      </w:r>
    </w:p>
    <w:p w14:paraId="787927A7" w14:textId="51C0AADE" w:rsidR="00F54E47" w:rsidRDefault="00000000">
      <w:pPr>
        <w:spacing w:after="80"/>
      </w:pPr>
      <w:r>
        <w:t xml:space="preserve"> </w:t>
      </w:r>
      <w:proofErr w:type="gramStart"/>
      <w:r>
        <w:t>[  ]</w:t>
      </w:r>
      <w:proofErr w:type="gramEnd"/>
      <w:r>
        <w:t xml:space="preserve"> inne: _____________________________________</w:t>
      </w:r>
    </w:p>
    <w:p w14:paraId="5AF32FC5" w14:textId="77777777" w:rsidR="00F54E47" w:rsidRDefault="00000000">
      <w:pPr>
        <w:spacing w:before="120" w:after="80"/>
      </w:pPr>
      <w:r w:rsidRPr="008E3099">
        <w:rPr>
          <w:b/>
          <w:bCs/>
        </w:rPr>
        <w:t>Średni miesięczny dochód</w:t>
      </w:r>
      <w:r>
        <w:t xml:space="preserve"> w rozumieniu przepisów ustawy o świadczeniach rodzinnych, uzyskany w trzech miesiącach poprzedzających miesiąc złożenia wniosku: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F54E47" w14:paraId="3C9E112B" w14:textId="77777777">
        <w:trPr>
          <w:jc w:val="center"/>
        </w:trPr>
        <w:tc>
          <w:tcPr>
            <w:tcW w:w="49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7C8D61" w14:textId="77777777" w:rsidR="00F54E47" w:rsidRDefault="00000000">
            <w:pPr>
              <w:spacing w:after="0"/>
            </w:pPr>
            <w:r>
              <w:rPr>
                <w:b/>
              </w:rPr>
              <w:t>Miesiąc</w:t>
            </w:r>
          </w:p>
        </w:tc>
        <w:tc>
          <w:tcPr>
            <w:tcW w:w="49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48A2E5" w14:textId="77777777" w:rsidR="00F54E47" w:rsidRDefault="00000000">
            <w:pPr>
              <w:spacing w:after="0"/>
            </w:pPr>
            <w:r>
              <w:rPr>
                <w:b/>
              </w:rPr>
              <w:t>Wysokość dochodu</w:t>
            </w:r>
          </w:p>
        </w:tc>
      </w:tr>
      <w:tr w:rsidR="00F54E47" w14:paraId="1514559C" w14:textId="77777777">
        <w:trPr>
          <w:jc w:val="center"/>
        </w:trPr>
        <w:tc>
          <w:tcPr>
            <w:tcW w:w="489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0580A1" w14:textId="77777777" w:rsidR="00F54E47" w:rsidRDefault="00F54E47">
            <w:pPr>
              <w:spacing w:after="0"/>
            </w:pPr>
          </w:p>
        </w:tc>
        <w:tc>
          <w:tcPr>
            <w:tcW w:w="489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246A71" w14:textId="77777777" w:rsidR="00F54E47" w:rsidRDefault="00F54E47">
            <w:pPr>
              <w:spacing w:after="0"/>
            </w:pPr>
          </w:p>
        </w:tc>
      </w:tr>
      <w:tr w:rsidR="00F54E47" w14:paraId="5BA19F0C" w14:textId="77777777">
        <w:trPr>
          <w:jc w:val="center"/>
        </w:trPr>
        <w:tc>
          <w:tcPr>
            <w:tcW w:w="489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24EC02" w14:textId="77777777" w:rsidR="00F54E47" w:rsidRDefault="00F54E47">
            <w:pPr>
              <w:spacing w:after="0"/>
            </w:pPr>
          </w:p>
        </w:tc>
        <w:tc>
          <w:tcPr>
            <w:tcW w:w="489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7ED441" w14:textId="77777777" w:rsidR="00F54E47" w:rsidRDefault="00F54E47">
            <w:pPr>
              <w:spacing w:after="0"/>
            </w:pPr>
          </w:p>
        </w:tc>
      </w:tr>
      <w:tr w:rsidR="00F54E47" w14:paraId="10B2EE9A" w14:textId="77777777">
        <w:trPr>
          <w:jc w:val="center"/>
        </w:trPr>
        <w:tc>
          <w:tcPr>
            <w:tcW w:w="489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5F7C9A" w14:textId="77777777" w:rsidR="00F54E47" w:rsidRDefault="00F54E47">
            <w:pPr>
              <w:spacing w:after="0"/>
            </w:pPr>
          </w:p>
        </w:tc>
        <w:tc>
          <w:tcPr>
            <w:tcW w:w="489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C19B5" w14:textId="77777777" w:rsidR="00F54E47" w:rsidRDefault="00F54E47">
            <w:pPr>
              <w:spacing w:after="0"/>
            </w:pPr>
          </w:p>
        </w:tc>
      </w:tr>
    </w:tbl>
    <w:p w14:paraId="27F49313" w14:textId="77777777" w:rsidR="00C0427E" w:rsidRDefault="00000000" w:rsidP="00C0427E">
      <w:pPr>
        <w:pStyle w:val="Default"/>
        <w:jc w:val="both"/>
        <w:rPr>
          <w:color w:val="555555"/>
          <w:sz w:val="20"/>
          <w:szCs w:val="20"/>
        </w:rPr>
      </w:pPr>
      <w:r w:rsidRPr="00C0427E">
        <w:rPr>
          <w:b/>
          <w:sz w:val="20"/>
          <w:szCs w:val="20"/>
        </w:rPr>
        <w:t>* dochód - oznacza, po odliczeniu kwot alimentów świadczonych na rzecz innych osób:</w:t>
      </w:r>
      <w:r>
        <w:rPr>
          <w:b/>
          <w:sz w:val="17"/>
        </w:rPr>
        <w:br/>
      </w:r>
      <w:r w:rsidRPr="00C0427E">
        <w:rPr>
          <w:color w:val="555555"/>
          <w:sz w:val="20"/>
          <w:szCs w:val="20"/>
        </w:rPr>
        <w:t>1) przychody podlegające opodatkowaniu na zasadach określonych w art. 27, art. 30b, art. 30c, art. 30e i art. 30f ustawy z dnia 26 lipca 1991 r. o podatku dochodowym od osób fizycznych (Dz. U. z 2026 r. poz. 592, 779 i 846), pomniejszone o koszty uzyskania przychodu, należny podatek dochodowy od osób fizycznych, składki na ubezpieczenia społeczne niezaliczone do kosztów uzyskania przychodu oraz składki na ubezpieczenie zdrowotne;</w:t>
      </w:r>
      <w:r w:rsidRPr="00C0427E">
        <w:rPr>
          <w:color w:val="555555"/>
          <w:sz w:val="20"/>
          <w:szCs w:val="20"/>
        </w:rPr>
        <w:br/>
        <w:t>2) dochód z działalności podlegającej opodatkowaniu na podstawie przepisów o zryczałtowanym podatku dochodowym od niektórych przychodów osiąganych przez osoby fizyczne;</w:t>
      </w:r>
    </w:p>
    <w:p w14:paraId="0799AF39" w14:textId="5A91D711" w:rsidR="008E3099" w:rsidRPr="00C0427E" w:rsidRDefault="00000000" w:rsidP="00C0427E">
      <w:pPr>
        <w:pStyle w:val="Default"/>
        <w:jc w:val="both"/>
        <w:rPr>
          <w:color w:val="555555"/>
          <w:sz w:val="20"/>
          <w:szCs w:val="20"/>
        </w:rPr>
      </w:pPr>
      <w:r w:rsidRPr="00C0427E">
        <w:rPr>
          <w:color w:val="555555"/>
          <w:sz w:val="20"/>
          <w:szCs w:val="20"/>
        </w:rPr>
        <w:t xml:space="preserve">3) </w:t>
      </w:r>
      <w:r w:rsidR="008E3099" w:rsidRPr="00C0427E">
        <w:rPr>
          <w:sz w:val="20"/>
          <w:szCs w:val="20"/>
        </w:rPr>
        <w:t xml:space="preserve">inne dochody niepodlegające opodatkowaniu na podstawie przepisów o podatku dochodowym od osób fizycznych: </w:t>
      </w:r>
    </w:p>
    <w:p w14:paraId="2DE3D754" w14:textId="77777777" w:rsidR="008E3099" w:rsidRPr="00C0427E" w:rsidRDefault="008E3099" w:rsidP="00C0427E">
      <w:pPr>
        <w:pStyle w:val="Default"/>
        <w:spacing w:after="23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– renty określone w przepisach o zaopatrzeniu inwalidów wojennych i wojskowych oraz ich rodzin, </w:t>
      </w:r>
    </w:p>
    <w:p w14:paraId="18C87F25" w14:textId="77777777" w:rsidR="008E3099" w:rsidRPr="00C0427E" w:rsidRDefault="008E3099" w:rsidP="00C0427E">
      <w:pPr>
        <w:pStyle w:val="Default"/>
        <w:spacing w:after="23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– renty wypłacone osobom represjonowanym i członkom ich rodzin, przyznane na zasadach określonych w przepisach o zaopatrzeniu inwalidów wojennych i wojskowych oraz ich rodzin, </w:t>
      </w:r>
    </w:p>
    <w:p w14:paraId="5EC268CF" w14:textId="77777777" w:rsidR="008E3099" w:rsidRPr="00C0427E" w:rsidRDefault="008E3099" w:rsidP="00C0427E">
      <w:pPr>
        <w:pStyle w:val="Default"/>
        <w:spacing w:after="23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–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633BBA25" w14:textId="77777777" w:rsidR="008E3099" w:rsidRPr="00C0427E" w:rsidRDefault="008E3099" w:rsidP="00C0427E">
      <w:pPr>
        <w:pStyle w:val="Default"/>
        <w:spacing w:after="23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– dodatek kombatancki, ryczałt energetyczny i dodatek kompensacyjny określone w przepisach o kombatantach oraz niektórych osobach będących ofiarami represji wojennych i okresu powojennego, </w:t>
      </w:r>
    </w:p>
    <w:p w14:paraId="0560FB55" w14:textId="77777777" w:rsidR="008E3099" w:rsidRPr="00C0427E" w:rsidRDefault="008E3099" w:rsidP="00C0427E">
      <w:pPr>
        <w:pStyle w:val="Default"/>
        <w:spacing w:after="23"/>
        <w:jc w:val="both"/>
        <w:rPr>
          <w:sz w:val="20"/>
          <w:szCs w:val="20"/>
        </w:rPr>
      </w:pPr>
      <w:r w:rsidRPr="00C0427E">
        <w:rPr>
          <w:sz w:val="20"/>
          <w:szCs w:val="20"/>
        </w:rPr>
        <w:lastRenderedPageBreak/>
        <w:t xml:space="preserve">–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74968FD7" w14:textId="77777777" w:rsidR="008E3099" w:rsidRPr="00C0427E" w:rsidRDefault="008E3099" w:rsidP="00C0427E">
      <w:pPr>
        <w:pStyle w:val="Default"/>
        <w:spacing w:after="23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– ryczałt energetyczny, emerytury i renty otrzymywane przez osoby, które utraciły wzrok w wyniku działań wojennych w latach 1939-1945 lub eksplozji pozostałych po tej wojnie niewypałów i niewybuchów, </w:t>
      </w:r>
    </w:p>
    <w:p w14:paraId="4F193280" w14:textId="77777777" w:rsidR="008E3099" w:rsidRPr="00C0427E" w:rsidRDefault="008E3099" w:rsidP="00C0427E">
      <w:pPr>
        <w:pStyle w:val="Default"/>
        <w:spacing w:after="23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– 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15AC2617" w14:textId="77777777" w:rsidR="00C0427E" w:rsidRPr="00C0427E" w:rsidRDefault="008E3099" w:rsidP="00C0427E">
      <w:pPr>
        <w:pStyle w:val="Default"/>
        <w:jc w:val="both"/>
        <w:rPr>
          <w:sz w:val="20"/>
          <w:szCs w:val="20"/>
        </w:rPr>
      </w:pPr>
      <w:r w:rsidRPr="00C0427E">
        <w:rPr>
          <w:sz w:val="20"/>
          <w:szCs w:val="20"/>
        </w:rPr>
        <w:t>– zasiłki chorobowe określone w przepisach o ubezpieczeniu społecznym rolników oraz w przepisach o systemie ubezpieczeń społecznych,</w:t>
      </w:r>
    </w:p>
    <w:p w14:paraId="3AEC7647" w14:textId="39232E18" w:rsidR="008E3099" w:rsidRPr="00C0427E" w:rsidRDefault="008E3099" w:rsidP="00C0427E">
      <w:pPr>
        <w:pStyle w:val="Default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 –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 </w:t>
      </w:r>
    </w:p>
    <w:p w14:paraId="46227C77" w14:textId="5E537CAA" w:rsidR="008E3099" w:rsidRPr="00C0427E" w:rsidRDefault="00C0427E" w:rsidP="00C0427E">
      <w:pPr>
        <w:pStyle w:val="Default"/>
        <w:numPr>
          <w:ilvl w:val="0"/>
          <w:numId w:val="10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2025 r. poz. 277, z </w:t>
      </w:r>
      <w:proofErr w:type="spellStart"/>
      <w:r w:rsidR="008E3099" w:rsidRPr="00C0427E">
        <w:rPr>
          <w:sz w:val="20"/>
          <w:szCs w:val="20"/>
        </w:rPr>
        <w:t>późn</w:t>
      </w:r>
      <w:proofErr w:type="spellEnd"/>
      <w:r w:rsidR="008E3099" w:rsidRPr="00C0427E">
        <w:rPr>
          <w:sz w:val="20"/>
          <w:szCs w:val="20"/>
        </w:rPr>
        <w:t xml:space="preserve">. zm.), </w:t>
      </w:r>
    </w:p>
    <w:p w14:paraId="340DCACE" w14:textId="5ECABEA2" w:rsidR="008E3099" w:rsidRPr="00C0427E" w:rsidRDefault="00C0427E" w:rsidP="00C0427E">
      <w:pPr>
        <w:pStyle w:val="Default"/>
        <w:numPr>
          <w:ilvl w:val="0"/>
          <w:numId w:val="10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39E9950C" w14:textId="53ED5882" w:rsidR="008E3099" w:rsidRPr="00C0427E" w:rsidRDefault="00C0427E" w:rsidP="00C0427E">
      <w:pPr>
        <w:pStyle w:val="Default"/>
        <w:numPr>
          <w:ilvl w:val="0"/>
          <w:numId w:val="10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należności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5107BD88" w14:textId="0C679833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dochody członków rolniczych spółdzielni produkcyjnych z tytułu członkostwa w rolniczej spółdzielni produkcyjnej, pomniejszone o składki na ubezpieczenia społeczne, </w:t>
      </w:r>
    </w:p>
    <w:p w14:paraId="30FEF1E2" w14:textId="1A1A44FE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alimenty na rzecz dzieci, </w:t>
      </w:r>
    </w:p>
    <w:p w14:paraId="3F923F06" w14:textId="23AD9A71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stypendia doktoranckie przyznane na podstawie art. 209 ust. 1 i 7 ustawy z dnia 20 lipca 2018 r. - Prawo o szkolnictwie wyższym i nauce (Dz. U. z 2024 r. poz. 1571, z </w:t>
      </w:r>
      <w:proofErr w:type="spellStart"/>
      <w:r w:rsidR="008E3099" w:rsidRPr="00C0427E">
        <w:rPr>
          <w:sz w:val="20"/>
          <w:szCs w:val="20"/>
        </w:rPr>
        <w:t>późn</w:t>
      </w:r>
      <w:proofErr w:type="spellEnd"/>
      <w:r w:rsidR="008E3099" w:rsidRPr="00C0427E">
        <w:rPr>
          <w:sz w:val="20"/>
          <w:szCs w:val="20"/>
        </w:rPr>
        <w:t xml:space="preserve">. zm.), stypendia sportowe przyznane na podstawie ustawy z dnia 25 czerwca 2010 r. o sporcie (Dz. U. z 2026 r. poz. 95 i 615) oraz inne stypendia o charakterze socjalnym przyznane uczniom lub studentom, </w:t>
      </w:r>
    </w:p>
    <w:p w14:paraId="68888D70" w14:textId="72AB25C7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59A6EDBC" w14:textId="4EA89DA1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73FB1C49" w14:textId="57E1C8D0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dodatki za tajne nauczanie określone w ustawie z dnia 26 stycznia 1982 r. - Karta Nauczyciela (Dz. U. z 2026 r. poz. 515), </w:t>
      </w:r>
    </w:p>
    <w:p w14:paraId="0379184E" w14:textId="77777777" w:rsidR="008E3099" w:rsidRPr="00C0427E" w:rsidRDefault="008E3099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A61E82" w14:textId="6E191F51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ekwiwalenty pieniężne za deputaty węglowe określone w przepisach o komercjalizacji, restrukturyzacji i prywatyzacji przedsiębiorstwa państwowego "Polskie Koleje Państwowe", </w:t>
      </w:r>
    </w:p>
    <w:p w14:paraId="1AED4795" w14:textId="4BA7F096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ekwiwalenty z tytułu prawa do bezpłatnego węgla określone w przepisach o restrukturyzacji górnictwa węgla kamiennego w latach 2003-2006, </w:t>
      </w:r>
    </w:p>
    <w:p w14:paraId="1BDFD741" w14:textId="26533AFF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świadczenia określone w przepisach o wykonywaniu mandatu posła i senatora, – dochody uzyskane z gospodarstwa rolnego, </w:t>
      </w:r>
    </w:p>
    <w:p w14:paraId="75518DF6" w14:textId="5C2302F0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54BFFCCB" w14:textId="68AC7E60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- </w:t>
      </w:r>
      <w:r w:rsidR="008E3099" w:rsidRPr="00C0427E">
        <w:rPr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451DD46" w14:textId="0EE798EA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14:paraId="33A2A4FE" w14:textId="2C437454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świadczenia pieniężne wypłacane w przypadku bezskuteczności egzekucji alimentów, </w:t>
      </w:r>
    </w:p>
    <w:p w14:paraId="01A06098" w14:textId="5219A9AC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pomoc materialną o charakterze socjalnym określoną w art. 90c ust. 2 ustawy z dnia 7 września 1991 r. o systemie oświaty (Dz. U. z 2025 r. poz. 881 i 1019 oraz z 2026 r. poz. 203 i 319) oraz świadczenia, o których mowa w art. 86 ust. 1 pkt 1-3 i 5 oraz art. 212 ustawy z dnia 20 lipca 2018 r. - Prawo o szkolnictwie wyższym i nauce, </w:t>
      </w:r>
    </w:p>
    <w:p w14:paraId="00A6632A" w14:textId="33252ED1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kwoty otrzymane na podstawie art. 27f ust. 8-10 ustawy z dnia 26 lipca 1991 r. o podatku dochodowym od osób fizycznych, </w:t>
      </w:r>
    </w:p>
    <w:p w14:paraId="0A3701BA" w14:textId="73C7E481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2024 r. poz. 906 oraz z 2026 r. poz. 566), </w:t>
      </w:r>
    </w:p>
    <w:p w14:paraId="7B49F5C6" w14:textId="5878F118" w:rsidR="008E3099" w:rsidRPr="00C0427E" w:rsidRDefault="00C0427E" w:rsidP="00C0427E">
      <w:pPr>
        <w:pStyle w:val="Default"/>
        <w:numPr>
          <w:ilvl w:val="0"/>
          <w:numId w:val="11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świadczenie rodzicielskie, </w:t>
      </w:r>
    </w:p>
    <w:p w14:paraId="5F669D25" w14:textId="7142FE9C" w:rsidR="008E3099" w:rsidRPr="00C0427E" w:rsidRDefault="00C0427E" w:rsidP="00C0427E">
      <w:pPr>
        <w:pStyle w:val="Default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zasiłek macierzyński, o którym mowa w przepisach o ubezpieczeniu społecznym rolników, </w:t>
      </w:r>
    </w:p>
    <w:p w14:paraId="7EA76AAE" w14:textId="322E99C3" w:rsidR="008E3099" w:rsidRPr="00C0427E" w:rsidRDefault="008E3099" w:rsidP="00C0427E">
      <w:pPr>
        <w:pStyle w:val="Default"/>
        <w:jc w:val="both"/>
        <w:rPr>
          <w:sz w:val="20"/>
          <w:szCs w:val="20"/>
        </w:rPr>
      </w:pPr>
      <w:r w:rsidRPr="00C0427E">
        <w:rPr>
          <w:sz w:val="20"/>
          <w:szCs w:val="20"/>
        </w:rPr>
        <w:t>–</w:t>
      </w:r>
      <w:r w:rsidR="00C0427E">
        <w:rPr>
          <w:sz w:val="20"/>
          <w:szCs w:val="20"/>
        </w:rPr>
        <w:t xml:space="preserve"> </w:t>
      </w:r>
      <w:r w:rsidRPr="00C0427E">
        <w:rPr>
          <w:sz w:val="20"/>
          <w:szCs w:val="20"/>
        </w:rPr>
        <w:t xml:space="preserve">stypendia dla bezrobotnych finansowane ze środków Unii Europejskiej lub Funduszu Pracy, niezależnie od podmiotu, który je wypłaca, </w:t>
      </w:r>
    </w:p>
    <w:p w14:paraId="663970CD" w14:textId="0CEAAA7F" w:rsidR="008E3099" w:rsidRPr="00C0427E" w:rsidRDefault="008E3099" w:rsidP="00C0427E">
      <w:pPr>
        <w:pStyle w:val="Default"/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– przychody wolne od podatku dochodowego na podstawie art. 21 ust. 1 pkt 148 ustawy z dnia 26 lipca 1991 r. o podatku dochodowym od osób fizycznych, pomniejszone o składki na ubezpieczenia społeczne oraz składki na ubezpieczenia zdrowotne, </w:t>
      </w:r>
    </w:p>
    <w:p w14:paraId="44A95917" w14:textId="637135C0" w:rsidR="008E3099" w:rsidRPr="00C0427E" w:rsidRDefault="00C0427E" w:rsidP="00C0427E">
      <w:pPr>
        <w:pStyle w:val="Default"/>
        <w:numPr>
          <w:ilvl w:val="0"/>
          <w:numId w:val="12"/>
        </w:numPr>
        <w:spacing w:after="2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 </w:t>
      </w:r>
    </w:p>
    <w:p w14:paraId="31FC6C73" w14:textId="20934038" w:rsidR="008E3099" w:rsidRPr="00C0427E" w:rsidRDefault="00C0427E" w:rsidP="00C0427E">
      <w:pPr>
        <w:pStyle w:val="Default"/>
        <w:numPr>
          <w:ilvl w:val="0"/>
          <w:numId w:val="12"/>
        </w:numPr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- </w:t>
      </w:r>
      <w:r w:rsidR="008E3099" w:rsidRPr="00C0427E">
        <w:rPr>
          <w:sz w:val="20"/>
          <w:szCs w:val="20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 </w:t>
      </w:r>
    </w:p>
    <w:p w14:paraId="6F2F59B2" w14:textId="77777777" w:rsidR="008E3099" w:rsidRPr="00C0427E" w:rsidRDefault="008E3099" w:rsidP="00C0427E">
      <w:pPr>
        <w:pStyle w:val="Default"/>
        <w:numPr>
          <w:ilvl w:val="0"/>
          <w:numId w:val="13"/>
        </w:numPr>
        <w:jc w:val="both"/>
        <w:rPr>
          <w:sz w:val="20"/>
          <w:szCs w:val="20"/>
        </w:rPr>
      </w:pPr>
      <w:r w:rsidRPr="00C0427E">
        <w:rPr>
          <w:sz w:val="20"/>
          <w:szCs w:val="20"/>
        </w:rPr>
        <w:t xml:space="preserve">- dochody z pozarolniczej działalności gospodarczej opodatkowanej w formie ryczałtu od przychodów ewidencjonowanych, o których mowa w art. 21 ust. 1 pkt 152 lit. c, pkt 153 lit. c i pkt 154 ustawy z dnia 26 lipca 1991 r. o podatku dochodowym od osób fizycznych, ustalone na podstawie oświadczenia dotyczącego każdego członka rodziny; </w:t>
      </w:r>
    </w:p>
    <w:p w14:paraId="00865B7E" w14:textId="77777777" w:rsidR="008E3099" w:rsidRPr="008E3099" w:rsidRDefault="008E3099" w:rsidP="008E3099">
      <w:pPr>
        <w:pStyle w:val="Default"/>
        <w:numPr>
          <w:ilvl w:val="0"/>
          <w:numId w:val="13"/>
        </w:numPr>
        <w:rPr>
          <w:sz w:val="16"/>
          <w:szCs w:val="16"/>
        </w:rPr>
      </w:pPr>
    </w:p>
    <w:p w14:paraId="10269AE8" w14:textId="0690EAA4" w:rsidR="00F54E47" w:rsidRPr="008E3099" w:rsidRDefault="00000000" w:rsidP="008E3099">
      <w:pPr>
        <w:pStyle w:val="Default"/>
        <w:numPr>
          <w:ilvl w:val="0"/>
          <w:numId w:val="13"/>
        </w:numPr>
        <w:rPr>
          <w:sz w:val="16"/>
          <w:szCs w:val="16"/>
        </w:rPr>
      </w:pPr>
      <w:r w:rsidRPr="008E3099">
        <w:rPr>
          <w:b/>
          <w:color w:val="1B365D"/>
          <w:sz w:val="22"/>
        </w:rPr>
        <w:t>IV. OCENA SAMODZIELNOŚCI SENIORA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5465"/>
        <w:gridCol w:w="1439"/>
        <w:gridCol w:w="1439"/>
        <w:gridCol w:w="1583"/>
      </w:tblGrid>
      <w:tr w:rsidR="00F54E47" w14:paraId="6AFBD9B5" w14:textId="77777777">
        <w:trPr>
          <w:jc w:val="center"/>
        </w:trPr>
        <w:tc>
          <w:tcPr>
            <w:tcW w:w="547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117DFD" w14:textId="77777777" w:rsidR="00F54E47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Rodzaj czynności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1B263C" w14:textId="77777777" w:rsidR="00F54E4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bez pomocy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967EAD" w14:textId="77777777" w:rsidR="00F54E4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z pomocą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867323" w14:textId="77777777" w:rsidR="00F54E4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nie jest w stanie wykonać samodzielnie</w:t>
            </w:r>
          </w:p>
        </w:tc>
      </w:tr>
      <w:tr w:rsidR="00F54E47" w14:paraId="4120A5E5" w14:textId="77777777">
        <w:trPr>
          <w:jc w:val="center"/>
        </w:trPr>
        <w:tc>
          <w:tcPr>
            <w:tcW w:w="9936" w:type="dxa"/>
            <w:gridSpan w:val="4"/>
            <w:shd w:val="clear" w:color="auto" w:fill="E2E8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DBE658" w14:textId="77777777" w:rsidR="00F54E47" w:rsidRDefault="00000000">
            <w:pPr>
              <w:spacing w:after="0"/>
            </w:pPr>
            <w:r>
              <w:rPr>
                <w:b/>
                <w:color w:val="1B365D"/>
                <w:sz w:val="19"/>
              </w:rPr>
              <w:t>POMOC W CODZIENNYCH CZYNNOŚCIACH</w:t>
            </w:r>
          </w:p>
        </w:tc>
      </w:tr>
      <w:tr w:rsidR="00F54E47" w14:paraId="00CFA60E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C89198F" w14:textId="77777777" w:rsidR="00F54E47" w:rsidRDefault="00000000">
            <w:pPr>
              <w:spacing w:after="0"/>
            </w:pPr>
            <w:r>
              <w:t>ubieranie się/zmiana odzieży i bielizny osobistej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2A654D8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211D0C3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082B111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50CDB22A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9222880" w14:textId="77777777" w:rsidR="00F54E47" w:rsidRDefault="00000000">
            <w:pPr>
              <w:spacing w:after="0"/>
            </w:pPr>
            <w:r>
              <w:t>przygotowywanie prostych posiłków i napojów z uwzględnieniem zalecanej diety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E787FEE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FD0B311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4725258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5DCBB6A6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E38D7EF" w14:textId="77777777" w:rsidR="00F54E47" w:rsidRDefault="00000000">
            <w:pPr>
              <w:spacing w:after="0"/>
            </w:pPr>
            <w:r>
              <w:t>spożywanie posiłków i napojów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5C0F47E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6706B9A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1DCC705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4A3BF5DF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B2AE21B" w14:textId="77777777" w:rsidR="00F54E47" w:rsidRDefault="00000000">
            <w:pPr>
              <w:spacing w:after="0"/>
            </w:pPr>
            <w:r>
              <w:t>słanie łóżka i zmiana pościeli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73123E9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33B9675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007E72A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477F2DB0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9544E04" w14:textId="77777777" w:rsidR="00F54E47" w:rsidRDefault="00000000">
            <w:pPr>
              <w:spacing w:after="0"/>
            </w:pPr>
            <w:r>
              <w:t xml:space="preserve">utrzymanie porządku w pomieszczeniach użytkowanych przez Seniora, utrzymywanie w czystości i sprawności sprzętu ułatwiającego funkcjonowanie Seniora, przynoszenie wody i </w:t>
            </w:r>
            <w:r>
              <w:lastRenderedPageBreak/>
              <w:t>opału, ogrzewanie pomieszczeń za pomocą dostępnego urządzenia grzewczego, w tym palenie w piecu i wybieranie popiołu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241ED69" w14:textId="77777777" w:rsidR="00F54E47" w:rsidRDefault="00000000">
            <w:pPr>
              <w:spacing w:after="0"/>
              <w:jc w:val="center"/>
            </w:pPr>
            <w:r>
              <w:lastRenderedPageBreak/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63D95A9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3A336E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339365F6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508A1FC" w14:textId="77777777" w:rsidR="00F54E47" w:rsidRDefault="00000000">
            <w:pPr>
              <w:spacing w:after="0"/>
            </w:pPr>
            <w:r>
              <w:t>dokonywanie niezbędnych zakupów w sklepach, aptekach, punktach usługowych lub gastronomicznych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73B33B6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53BADF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D8F0A85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579BF946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8BB5972" w14:textId="77777777" w:rsidR="00F54E47" w:rsidRDefault="00000000">
            <w:pPr>
              <w:spacing w:after="0"/>
            </w:pPr>
            <w:r>
              <w:t>pranie odzieży i pościeli, prasowanie lub oddawanie do pralni i odbiór z pralni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6634468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9440307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134F4B1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7E6254E5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5B6DD81" w14:textId="77777777" w:rsidR="00F54E47" w:rsidRDefault="00000000">
            <w:pPr>
              <w:spacing w:after="0"/>
            </w:pPr>
            <w:r>
              <w:t>poruszanie się/korzystanie ze sprzętu rehabilitacyjnego, przedmiotów ortopedycznych lub innych wyrobów medycznych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35C66F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AE802E7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1C42F96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60D9CB36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D5FD95E" w14:textId="77777777" w:rsidR="00F54E47" w:rsidRDefault="00000000">
            <w:pPr>
              <w:spacing w:after="0"/>
            </w:pPr>
            <w:r>
              <w:t>załatwianie spraw urzędowych i płacenie rachunków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122AE83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A8D9662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4CEE953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382D1A94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E55C5B3" w14:textId="77777777" w:rsidR="00F54E47" w:rsidRDefault="00000000">
            <w:pPr>
              <w:spacing w:after="0"/>
            </w:pPr>
            <w:r>
              <w:t>załatwianie spraw związanych z procesem leczenia lub rehabilitacji i profilaktyki zdrowotnej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B8E358C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9A92DAC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A4A1C50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6B65DF4B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56180B9" w14:textId="77777777" w:rsidR="00F54E47" w:rsidRDefault="00000000">
            <w:pPr>
              <w:spacing w:after="0"/>
            </w:pPr>
            <w:r>
              <w:t>zmiana pozycji ciała, w tym przesiadanie się z łóżka lub na łóżko, z krzesła lub na krzesło, ułożenie się w łóżku, usadzenie w wózku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89414B1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3EAC22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02876E4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73602721" w14:textId="77777777">
        <w:trPr>
          <w:jc w:val="center"/>
        </w:trPr>
        <w:tc>
          <w:tcPr>
            <w:tcW w:w="9936" w:type="dxa"/>
            <w:gridSpan w:val="4"/>
            <w:shd w:val="clear" w:color="auto" w:fill="E2E8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E34319D" w14:textId="77777777" w:rsidR="00F54E47" w:rsidRDefault="00000000">
            <w:pPr>
              <w:spacing w:after="0"/>
            </w:pPr>
            <w:r>
              <w:rPr>
                <w:b/>
                <w:color w:val="1B365D"/>
                <w:sz w:val="19"/>
              </w:rPr>
              <w:t>OPIEKA HIGIENICZNO-PIELĘGNACYJNA</w:t>
            </w:r>
          </w:p>
        </w:tc>
      </w:tr>
      <w:tr w:rsidR="00F54E47" w14:paraId="696367CC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ACA07B0" w14:textId="77777777" w:rsidR="00F54E47" w:rsidRDefault="00000000">
            <w:pPr>
              <w:spacing w:after="0"/>
            </w:pPr>
            <w:r>
              <w:t>toaleta poranna i wieczorna np. golenie, czesanie, higiena jamy ustnej i uszu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395B797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1B0EEB9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BC32B5D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0F975108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591F539" w14:textId="77777777" w:rsidR="00F54E47" w:rsidRDefault="00000000">
            <w:pPr>
              <w:spacing w:after="0"/>
            </w:pPr>
            <w:r>
              <w:t>kąpiel, w tym mycie głowy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B7945B3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673D47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4ABD857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3D99018D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B0C6810" w14:textId="77777777" w:rsidR="00F54E47" w:rsidRDefault="00000000">
            <w:pPr>
              <w:spacing w:after="0"/>
            </w:pPr>
            <w:r>
              <w:t>pielęgnacja niezmienionych chorobowo paznokci rąk i nóg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6010494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01988A4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E9BE479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74F4861B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1DD40FC" w14:textId="77777777" w:rsidR="00F54E47" w:rsidRDefault="00000000">
            <w:pPr>
              <w:spacing w:after="0"/>
            </w:pPr>
            <w:r>
              <w:t>korzystanie z toalety oraz naczyń sanitarnych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012D752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DDB1B1D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9ABF577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3A527278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3C9BCA2" w14:textId="77777777" w:rsidR="00F54E47" w:rsidRDefault="00000000">
            <w:pPr>
              <w:spacing w:after="0"/>
            </w:pPr>
            <w:r>
              <w:t>zmiana pieluchomajtek i wkładów higienicznych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D567262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86F0A26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6E5008A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3DDA6DC2" w14:textId="77777777">
        <w:trPr>
          <w:jc w:val="center"/>
        </w:trPr>
        <w:tc>
          <w:tcPr>
            <w:tcW w:w="9936" w:type="dxa"/>
            <w:gridSpan w:val="4"/>
            <w:shd w:val="clear" w:color="auto" w:fill="E2E8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7FE3240" w14:textId="77777777" w:rsidR="00F54E47" w:rsidRDefault="00000000">
            <w:pPr>
              <w:spacing w:after="0"/>
            </w:pPr>
            <w:r>
              <w:rPr>
                <w:b/>
                <w:color w:val="1B365D"/>
                <w:sz w:val="19"/>
              </w:rPr>
              <w:t>WSPARCIE W KORZYSTANIU ZE ŚWIADCZEŃ ZDROWOTNYCH</w:t>
            </w:r>
          </w:p>
        </w:tc>
      </w:tr>
      <w:tr w:rsidR="00F54E47" w14:paraId="51984F0D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FB18144" w14:textId="77777777" w:rsidR="00F54E47" w:rsidRDefault="00000000">
            <w:pPr>
              <w:spacing w:after="0"/>
            </w:pPr>
            <w:r>
              <w:t>przygotowanie i przyjmowanie leków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7B90D15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137B05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076333D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283AD864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B1D7FC9" w14:textId="77777777" w:rsidR="00F54E47" w:rsidRDefault="00000000">
            <w:pPr>
              <w:spacing w:after="0"/>
            </w:pPr>
            <w:r>
              <w:t>pielęgnacja miejsc zmienionych chorobowo - smarowanie, wykonywanie i zmiana drobnych opatrunków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5BC3410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0260ED2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F13734A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44B985A2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48C4D91" w14:textId="77777777" w:rsidR="00F54E47" w:rsidRDefault="00000000">
            <w:pPr>
              <w:spacing w:after="0"/>
            </w:pPr>
            <w:r>
              <w:t>mierzenie temperatury ciała, tętna, ciśnienia, glikemii, saturacji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5889A54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4955CA9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1109890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6B63FDB6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C486FF8" w14:textId="77777777" w:rsidR="00F54E47" w:rsidRDefault="00000000">
            <w:pPr>
              <w:spacing w:after="0"/>
            </w:pPr>
            <w:r>
              <w:t>obserwacja stanu zdrowia oraz reagowanie, adekwatnie do potrzeb, w sytuacji jego pogorszenia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1FC47F3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660FA5C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1718765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595DAF0D" w14:textId="77777777">
        <w:trPr>
          <w:jc w:val="center"/>
        </w:trPr>
        <w:tc>
          <w:tcPr>
            <w:tcW w:w="9936" w:type="dxa"/>
            <w:gridSpan w:val="4"/>
            <w:shd w:val="clear" w:color="auto" w:fill="E2E8F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6092F04" w14:textId="77777777" w:rsidR="00F54E47" w:rsidRDefault="00000000">
            <w:pPr>
              <w:spacing w:after="0"/>
            </w:pPr>
            <w:r>
              <w:rPr>
                <w:b/>
                <w:color w:val="1B365D"/>
                <w:sz w:val="19"/>
              </w:rPr>
              <w:t>KONTAKTY Z OTOCZENIEM</w:t>
            </w:r>
          </w:p>
        </w:tc>
      </w:tr>
      <w:tr w:rsidR="00F54E47" w14:paraId="560634B1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A1176A3" w14:textId="77777777" w:rsidR="00F54E47" w:rsidRDefault="00000000">
            <w:pPr>
              <w:spacing w:after="0"/>
            </w:pPr>
            <w:r>
              <w:t>przebywanie na świeżym powietrzu np. spacer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B014128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A2D4B69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6B2D79B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2B18DA56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7204CE8" w14:textId="77777777" w:rsidR="00F54E47" w:rsidRDefault="00000000">
            <w:pPr>
              <w:spacing w:after="0"/>
            </w:pPr>
            <w:r>
              <w:t>prowadzenie rozmów, w tym z osobami z otoczenia i pracownikami instytucji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D333B9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1830658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A975807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38021AAD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37CEE41" w14:textId="77777777" w:rsidR="00F54E47" w:rsidRDefault="00000000">
            <w:pPr>
              <w:spacing w:after="0"/>
            </w:pPr>
            <w:r>
              <w:t>nawiązywanie, utrzymywanie i rozwijanie kontaktu z rodziną i społecznością lokalną, w tym z wykorzystaniem dostępnych środków komunikacji np. telefonu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ACD2BBA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C1338A4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870BCA7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43586DA0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3C627AE" w14:textId="77777777" w:rsidR="00F54E47" w:rsidRDefault="00000000">
            <w:pPr>
              <w:spacing w:after="0"/>
            </w:pPr>
            <w:r>
              <w:t>czytanie prasy, książek i ich wymiana w bibliotece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3ED06F8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73119E1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1BAB903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  <w:tr w:rsidR="00F54E47" w14:paraId="4F3A32B2" w14:textId="77777777">
        <w:trPr>
          <w:jc w:val="center"/>
        </w:trPr>
        <w:tc>
          <w:tcPr>
            <w:tcW w:w="5472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2725C2E" w14:textId="77777777" w:rsidR="00F54E47" w:rsidRDefault="00000000">
            <w:pPr>
              <w:spacing w:after="0"/>
            </w:pPr>
            <w:r>
              <w:lastRenderedPageBreak/>
              <w:t>korzystanie z instytucji kultury i rekreacji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8472E5F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DCACE4D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  <w:tc>
          <w:tcPr>
            <w:tcW w:w="1440" w:type="dxa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8592701" w14:textId="77777777" w:rsidR="00F54E47" w:rsidRDefault="00000000">
            <w:pPr>
              <w:spacing w:after="0"/>
              <w:jc w:val="center"/>
            </w:pPr>
            <w:r>
              <w:t>[  ]</w:t>
            </w:r>
          </w:p>
        </w:tc>
      </w:tr>
    </w:tbl>
    <w:p w14:paraId="06B7AEA2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V. CZĘSTOTLIWOŚĆ POTRZEBY WSPARCIA</w:t>
      </w:r>
    </w:p>
    <w:p w14:paraId="4FB339C5" w14:textId="77777777" w:rsidR="00F54E47" w:rsidRDefault="00000000">
      <w:pPr>
        <w:spacing w:after="80"/>
      </w:pPr>
      <w:r>
        <w:rPr>
          <w:b/>
        </w:rPr>
        <w:t>Pomocy potrzebuję:</w:t>
      </w:r>
      <w:r>
        <w:rPr>
          <w:b/>
        </w:rPr>
        <w:br/>
      </w:r>
      <w:proofErr w:type="gramStart"/>
      <w:r>
        <w:t>[  ]</w:t>
      </w:r>
      <w:proofErr w:type="gramEnd"/>
      <w:r>
        <w:t xml:space="preserve"> codziennie     </w:t>
      </w:r>
      <w:proofErr w:type="gramStart"/>
      <w:r>
        <w:t xml:space="preserve">   [  ]</w:t>
      </w:r>
      <w:proofErr w:type="gramEnd"/>
      <w:r>
        <w:t xml:space="preserve"> kilka razy w tygodniu     </w:t>
      </w:r>
      <w:proofErr w:type="gramStart"/>
      <w:r>
        <w:t xml:space="preserve">   [  ]</w:t>
      </w:r>
      <w:proofErr w:type="gramEnd"/>
      <w:r>
        <w:t xml:space="preserve"> kilka razy w miesiącu     </w:t>
      </w:r>
      <w:proofErr w:type="gramStart"/>
      <w:r>
        <w:t xml:space="preserve">   [  ]</w:t>
      </w:r>
      <w:proofErr w:type="gramEnd"/>
      <w:r>
        <w:t xml:space="preserve"> w zależności od aktualnej sytuacji</w:t>
      </w:r>
    </w:p>
    <w:p w14:paraId="29BC07E5" w14:textId="77777777" w:rsidR="00F54E47" w:rsidRDefault="00000000">
      <w:pPr>
        <w:spacing w:before="120"/>
      </w:pPr>
      <w:r>
        <w:rPr>
          <w:b/>
        </w:rPr>
        <w:t>Najbardziej potrzebuję pomocy:</w:t>
      </w:r>
      <w:r>
        <w:rPr>
          <w:b/>
        </w:rPr>
        <w:br/>
      </w:r>
      <w:proofErr w:type="gramStart"/>
      <w:r>
        <w:t>[  ]</w:t>
      </w:r>
      <w:proofErr w:type="gramEnd"/>
      <w:r>
        <w:t xml:space="preserve"> rano   </w:t>
      </w:r>
      <w:proofErr w:type="gramStart"/>
      <w:r>
        <w:t xml:space="preserve">   [  ]</w:t>
      </w:r>
      <w:proofErr w:type="gramEnd"/>
      <w:r>
        <w:t xml:space="preserve"> w godzinach przedpołudniowych   </w:t>
      </w:r>
      <w:proofErr w:type="gramStart"/>
      <w:r>
        <w:t xml:space="preserve">   [  ]</w:t>
      </w:r>
      <w:proofErr w:type="gramEnd"/>
      <w:r>
        <w:t xml:space="preserve"> w godzinach popołudniowych   </w:t>
      </w:r>
      <w:proofErr w:type="gramStart"/>
      <w:r>
        <w:t xml:space="preserve">   [  ]</w:t>
      </w:r>
      <w:proofErr w:type="gramEnd"/>
      <w:r>
        <w:t xml:space="preserve"> wieczorem   </w:t>
      </w:r>
      <w:proofErr w:type="gramStart"/>
      <w:r>
        <w:t xml:space="preserve">   [  ]</w:t>
      </w:r>
      <w:proofErr w:type="gramEnd"/>
      <w:r>
        <w:t xml:space="preserve"> w różnych porach dnia</w:t>
      </w:r>
    </w:p>
    <w:p w14:paraId="2D87A10D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VI. INFORMACJA O OSOBACH BLISKICH I DOTYCHCZASOWEJ POMOCY</w:t>
      </w:r>
    </w:p>
    <w:p w14:paraId="224EFFF9" w14:textId="77777777" w:rsidR="008E3099" w:rsidRDefault="00000000">
      <w:pPr>
        <w:spacing w:after="120"/>
      </w:pPr>
      <w:r>
        <w:rPr>
          <w:b/>
        </w:rPr>
        <w:t>Z kim Pani/Pan zamieszkuje?</w:t>
      </w:r>
      <w:r>
        <w:rPr>
          <w:b/>
        </w:rPr>
        <w:br/>
      </w:r>
      <w:proofErr w:type="gramStart"/>
      <w:r>
        <w:t>[  ]</w:t>
      </w:r>
      <w:proofErr w:type="gramEnd"/>
      <w:r>
        <w:t xml:space="preserve"> samotnie       </w:t>
      </w:r>
    </w:p>
    <w:p w14:paraId="6E61561C" w14:textId="77777777" w:rsidR="008E3099" w:rsidRDefault="00000000">
      <w:pPr>
        <w:spacing w:after="120"/>
      </w:pPr>
      <w:r>
        <w:t xml:space="preserve"> </w:t>
      </w:r>
      <w:proofErr w:type="gramStart"/>
      <w:r>
        <w:t>[  ]</w:t>
      </w:r>
      <w:proofErr w:type="gramEnd"/>
      <w:r>
        <w:t xml:space="preserve"> z żoną/mężem       </w:t>
      </w:r>
    </w:p>
    <w:p w14:paraId="2F1E1FB5" w14:textId="77777777" w:rsidR="008E3099" w:rsidRDefault="00000000">
      <w:pPr>
        <w:spacing w:after="120"/>
      </w:pPr>
      <w:r>
        <w:t xml:space="preserve"> </w:t>
      </w:r>
      <w:proofErr w:type="gramStart"/>
      <w:r>
        <w:t>[  ]</w:t>
      </w:r>
      <w:proofErr w:type="gramEnd"/>
      <w:r>
        <w:t xml:space="preserve"> z rodziną (np. dzieci, wnuki)       </w:t>
      </w:r>
    </w:p>
    <w:p w14:paraId="473A46CA" w14:textId="27317339" w:rsidR="00F54E47" w:rsidRDefault="00000000">
      <w:pPr>
        <w:spacing w:after="120"/>
      </w:pPr>
      <w:r>
        <w:t xml:space="preserve"> </w:t>
      </w:r>
      <w:proofErr w:type="gramStart"/>
      <w:r>
        <w:t>[  ]</w:t>
      </w:r>
      <w:proofErr w:type="gramEnd"/>
      <w:r>
        <w:t xml:space="preserve"> z partnerem/ką</w:t>
      </w:r>
    </w:p>
    <w:p w14:paraId="44A9BF12" w14:textId="77777777" w:rsidR="008E3099" w:rsidRDefault="00000000">
      <w:pPr>
        <w:spacing w:before="120" w:after="120"/>
      </w:pPr>
      <w:r>
        <w:rPr>
          <w:b/>
        </w:rPr>
        <w:t>Czy senior ma opiekuna faktycznego, który może zapewnić potrzebne wsparcie?</w:t>
      </w:r>
      <w:r>
        <w:rPr>
          <w:b/>
        </w:rPr>
        <w:br/>
      </w:r>
      <w:proofErr w:type="gramStart"/>
      <w:r>
        <w:t>[  ]</w:t>
      </w:r>
      <w:proofErr w:type="gramEnd"/>
      <w:r>
        <w:t xml:space="preserve"> Nie        </w:t>
      </w:r>
    </w:p>
    <w:p w14:paraId="7BB643B1" w14:textId="77777777" w:rsidR="008E3099" w:rsidRDefault="00000000">
      <w:pPr>
        <w:spacing w:before="120" w:after="120"/>
      </w:pPr>
      <w:proofErr w:type="gramStart"/>
      <w:r>
        <w:t>[  ]</w:t>
      </w:r>
      <w:proofErr w:type="gramEnd"/>
      <w:r>
        <w:t xml:space="preserve"> Tak, ale wsparcie jest niewystarczające        </w:t>
      </w:r>
    </w:p>
    <w:p w14:paraId="21BA8FC6" w14:textId="3F13F54C" w:rsidR="00F54E47" w:rsidRDefault="00000000">
      <w:pPr>
        <w:spacing w:before="120" w:after="120"/>
      </w:pPr>
      <w:proofErr w:type="gramStart"/>
      <w:r>
        <w:t>[  ]</w:t>
      </w:r>
      <w:proofErr w:type="gramEnd"/>
      <w:r>
        <w:t xml:space="preserve"> Tak, ale wsparcie jest wystarczające</w:t>
      </w:r>
    </w:p>
    <w:p w14:paraId="0D2A50FC" w14:textId="77777777" w:rsidR="00F54E47" w:rsidRDefault="00000000">
      <w:pPr>
        <w:spacing w:before="120" w:after="80"/>
      </w:pPr>
      <w:r>
        <w:rPr>
          <w:b/>
        </w:rPr>
        <w:t>Osoby bliskie lub inne osoby, które obecnie udzielają mi pomocy: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168"/>
        <w:gridCol w:w="3168"/>
        <w:gridCol w:w="3456"/>
      </w:tblGrid>
      <w:tr w:rsidR="00F54E47" w14:paraId="2A197198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7193E9" w14:textId="77777777" w:rsidR="00F54E47" w:rsidRDefault="00000000">
            <w:pPr>
              <w:spacing w:after="0"/>
            </w:pPr>
            <w:r>
              <w:rPr>
                <w:b/>
              </w:rPr>
              <w:t>Imię i nazwisko</w:t>
            </w:r>
          </w:p>
        </w:tc>
        <w:tc>
          <w:tcPr>
            <w:tcW w:w="31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442C9C" w14:textId="77777777" w:rsidR="00F54E47" w:rsidRDefault="00000000">
            <w:pPr>
              <w:spacing w:after="0"/>
            </w:pPr>
            <w:r>
              <w:rPr>
                <w:b/>
              </w:rPr>
              <w:t>Stopień pokrewieństwa / relacja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7023C8" w14:textId="77777777" w:rsidR="00F54E47" w:rsidRDefault="00000000">
            <w:pPr>
              <w:spacing w:after="0"/>
            </w:pPr>
            <w:r>
              <w:rPr>
                <w:b/>
              </w:rPr>
              <w:t>Zakres pomocy</w:t>
            </w:r>
          </w:p>
        </w:tc>
      </w:tr>
      <w:tr w:rsidR="00F54E47" w14:paraId="5A7349AC" w14:textId="77777777">
        <w:trPr>
          <w:jc w:val="center"/>
        </w:trPr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27A811" w14:textId="77777777" w:rsidR="00F54E47" w:rsidRDefault="00F54E47">
            <w:pPr>
              <w:spacing w:after="0"/>
            </w:pPr>
          </w:p>
        </w:tc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675177" w14:textId="77777777" w:rsidR="00F54E47" w:rsidRDefault="00F54E47">
            <w:pPr>
              <w:spacing w:after="0"/>
            </w:pPr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AD3266" w14:textId="77777777" w:rsidR="00F54E47" w:rsidRDefault="00F54E47">
            <w:pPr>
              <w:spacing w:after="0"/>
            </w:pPr>
          </w:p>
        </w:tc>
      </w:tr>
      <w:tr w:rsidR="00F54E47" w14:paraId="46820BCA" w14:textId="77777777">
        <w:trPr>
          <w:jc w:val="center"/>
        </w:trPr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DE246D" w14:textId="77777777" w:rsidR="00F54E47" w:rsidRDefault="00F54E47">
            <w:pPr>
              <w:spacing w:after="0"/>
            </w:pPr>
          </w:p>
        </w:tc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283460" w14:textId="77777777" w:rsidR="00F54E47" w:rsidRDefault="00F54E47">
            <w:pPr>
              <w:spacing w:after="0"/>
            </w:pPr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E2B5B" w14:textId="77777777" w:rsidR="00F54E47" w:rsidRDefault="00F54E47">
            <w:pPr>
              <w:spacing w:after="0"/>
            </w:pPr>
          </w:p>
        </w:tc>
      </w:tr>
    </w:tbl>
    <w:p w14:paraId="060B1409" w14:textId="77777777" w:rsidR="00F54E47" w:rsidRDefault="00000000">
      <w:pPr>
        <w:spacing w:before="160"/>
      </w:pPr>
      <w:r>
        <w:rPr>
          <w:b/>
        </w:rPr>
        <w:t>Opis dotychczas otrzymywanej pomocy:</w:t>
      </w:r>
      <w:r>
        <w:rPr>
          <w:b/>
        </w:rPr>
        <w:br/>
      </w:r>
      <w:r>
        <w:t>_________________________________________________________________________________</w:t>
      </w:r>
      <w:r>
        <w:br/>
        <w:t>_________________________________________________________________________________</w:t>
      </w:r>
    </w:p>
    <w:p w14:paraId="720C53F7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VII. INFORMACJE O ŚWIADCZENIACH I USŁUGACH MOGĄCYCH WYKLUCZYĆ BON</w:t>
      </w:r>
    </w:p>
    <w:p w14:paraId="5DFE1B7F" w14:textId="77777777" w:rsidR="00F54E47" w:rsidRDefault="00000000">
      <w:pPr>
        <w:spacing w:after="120"/>
      </w:pPr>
      <w:r>
        <w:t>Proszę zaznaczyć odpowiedź zgodną ze stanem na dzień złożenia wniosku: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7488"/>
        <w:gridCol w:w="2304"/>
      </w:tblGrid>
      <w:tr w:rsidR="00F54E47" w14:paraId="1B89AA64" w14:textId="77777777">
        <w:trPr>
          <w:jc w:val="center"/>
        </w:trPr>
        <w:tc>
          <w:tcPr>
            <w:tcW w:w="748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71BF36" w14:textId="77777777" w:rsidR="00F54E47" w:rsidRDefault="00000000">
            <w:pPr>
              <w:spacing w:after="0"/>
            </w:pPr>
            <w:r>
              <w:t>Na seniora jest ustalone prawo do specjalnego zasiłku opiekuńczego, świadczenia pielęgnacyjnego lub zasiłku dla opiekuna</w:t>
            </w:r>
          </w:p>
        </w:tc>
        <w:tc>
          <w:tcPr>
            <w:tcW w:w="23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C15FEC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5C660CAC" w14:textId="77777777">
        <w:trPr>
          <w:jc w:val="center"/>
        </w:trPr>
        <w:tc>
          <w:tcPr>
            <w:tcW w:w="748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5A8703" w14:textId="77777777" w:rsidR="00F54E47" w:rsidRDefault="00000000">
            <w:pPr>
              <w:spacing w:after="0"/>
            </w:pPr>
            <w:r>
              <w:t>Senior korzysta ze świadczenia wspierającego</w:t>
            </w:r>
          </w:p>
        </w:tc>
        <w:tc>
          <w:tcPr>
            <w:tcW w:w="23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FA38E9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7CBA8F3C" w14:textId="77777777">
        <w:trPr>
          <w:jc w:val="center"/>
        </w:trPr>
        <w:tc>
          <w:tcPr>
            <w:tcW w:w="748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010E01" w14:textId="77777777" w:rsidR="00F54E47" w:rsidRDefault="00000000">
            <w:pPr>
              <w:spacing w:after="0"/>
            </w:pPr>
            <w:r>
              <w:t>Senior korzysta ze specjalistycznych usług opiekuńczych w ośrodku wsparcia</w:t>
            </w:r>
          </w:p>
        </w:tc>
        <w:tc>
          <w:tcPr>
            <w:tcW w:w="23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832F4F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53422FC3" w14:textId="77777777">
        <w:trPr>
          <w:jc w:val="center"/>
        </w:trPr>
        <w:tc>
          <w:tcPr>
            <w:tcW w:w="748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15F114" w14:textId="77777777" w:rsidR="00F54E47" w:rsidRDefault="00000000">
            <w:pPr>
              <w:spacing w:after="0"/>
            </w:pPr>
            <w:r>
              <w:t>Senior korzysta z usług opiekuńczych albo asystencji osobistej dofinansowanych z programu rządowego lub resortowego</w:t>
            </w:r>
          </w:p>
        </w:tc>
        <w:tc>
          <w:tcPr>
            <w:tcW w:w="23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CE3E8C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110E54EA" w14:textId="77777777">
        <w:trPr>
          <w:jc w:val="center"/>
        </w:trPr>
        <w:tc>
          <w:tcPr>
            <w:tcW w:w="748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2F40CE" w14:textId="77777777" w:rsidR="00F54E47" w:rsidRDefault="00000000">
            <w:pPr>
              <w:spacing w:after="0"/>
            </w:pPr>
            <w:r>
              <w:lastRenderedPageBreak/>
              <w:t>Senior korzysta z całodobowej opieki w domu pomocy społecznej, zakładzie opiekuńczo-leczniczym, zakładzie pielęgnacyjno-opiekuńczym, placówce zapewniającej całodobową opiekę osobom niepełnosprawnym, przewlekle chorym lub osobom w podeszłym wieku lub innym podmiocie świadczącym całodobową opiekę</w:t>
            </w:r>
          </w:p>
        </w:tc>
        <w:tc>
          <w:tcPr>
            <w:tcW w:w="23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D5E712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7C8C3B4B" w14:textId="77777777">
        <w:trPr>
          <w:jc w:val="center"/>
        </w:trPr>
        <w:tc>
          <w:tcPr>
            <w:tcW w:w="748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DC5166" w14:textId="77777777" w:rsidR="00F54E47" w:rsidRDefault="00000000">
            <w:pPr>
              <w:spacing w:after="0"/>
            </w:pPr>
            <w:r>
              <w:t>Senior korzysta z instytucjonalnej opieki dziennej</w:t>
            </w:r>
          </w:p>
        </w:tc>
        <w:tc>
          <w:tcPr>
            <w:tcW w:w="23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2B9F54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  <w:tr w:rsidR="00F54E47" w14:paraId="42A389DF" w14:textId="77777777">
        <w:trPr>
          <w:jc w:val="center"/>
        </w:trPr>
        <w:tc>
          <w:tcPr>
            <w:tcW w:w="748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CBAE06" w14:textId="77777777" w:rsidR="00F54E47" w:rsidRDefault="00000000">
            <w:pPr>
              <w:spacing w:after="0"/>
            </w:pPr>
            <w:r>
              <w:t>Jeżeli zaznaczono „TAK” przy usługach lub opiece: czy korzystanie ma charakter doraźny i jednorazowo trwa nie dłużej niż 14 dni?</w:t>
            </w:r>
          </w:p>
        </w:tc>
        <w:tc>
          <w:tcPr>
            <w:tcW w:w="23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DFE6BB" w14:textId="77777777" w:rsidR="00F54E47" w:rsidRDefault="00000000">
            <w:pPr>
              <w:spacing w:after="0"/>
            </w:pPr>
            <w:proofErr w:type="gramStart"/>
            <w:r>
              <w:t>[  ]</w:t>
            </w:r>
            <w:proofErr w:type="gramEnd"/>
            <w:r>
              <w:t xml:space="preserve"> TAK  </w:t>
            </w:r>
            <w:proofErr w:type="gramStart"/>
            <w:r>
              <w:t xml:space="preserve">   [  ]</w:t>
            </w:r>
            <w:proofErr w:type="gramEnd"/>
            <w:r>
              <w:t xml:space="preserve"> NIE</w:t>
            </w:r>
          </w:p>
        </w:tc>
      </w:tr>
    </w:tbl>
    <w:p w14:paraId="16ED061B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VIII. OŚWIADCZENIA WNIOSKODAWCY</w:t>
      </w:r>
    </w:p>
    <w:p w14:paraId="3FA8F816" w14:textId="77777777" w:rsidR="00B66E0D" w:rsidRDefault="00000000" w:rsidP="00B66E0D">
      <w:pPr>
        <w:spacing w:after="0"/>
        <w:jc w:val="both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14:paraId="58C66C7F" w14:textId="0B61BD54" w:rsidR="00B66E0D" w:rsidRDefault="00000000" w:rsidP="00B66E0D">
      <w:pPr>
        <w:spacing w:after="0"/>
        <w:jc w:val="both"/>
      </w:pPr>
      <w:r>
        <w:t xml:space="preserve">1) </w:t>
      </w:r>
      <w:proofErr w:type="spellStart"/>
      <w:r>
        <w:t>wszystkie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zawarte</w:t>
      </w:r>
      <w:proofErr w:type="spellEnd"/>
      <w:r>
        <w:t xml:space="preserve"> we wniosku są zgodne ze stanem faktycznym;</w:t>
      </w:r>
      <w:r>
        <w:br/>
        <w:t>2) zostałem/am poinformowany/a, że Bon Senioralny stanowi formę wsparcia w postaci usług realizowanych w miejscu zamieszkania seniora, a nie stanowi świadczenia pieniężnego wypłacanego bezpośrednio seniorowi;</w:t>
      </w:r>
      <w:r>
        <w:br/>
        <w:t>3) przyjmuję do wiadomości, że zakwalifikowanie do zawarcia umowy o realizację Bonu Senioralnego następuje po ustaleniu spełnienia warunków określonych w przepisach oraz ocenie poziomu niezaspokojenia moich potrzeb;</w:t>
      </w:r>
      <w:r>
        <w:br/>
        <w:t xml:space="preserve">4) przyjmuję do wiadomości, że szczegółowy zakres i wymiar usług zostaną określone indywidualnie w umowie o </w:t>
      </w:r>
      <w:proofErr w:type="spellStart"/>
      <w:r>
        <w:t>realizację</w:t>
      </w:r>
      <w:proofErr w:type="spellEnd"/>
      <w:r>
        <w:t xml:space="preserve"> </w:t>
      </w:r>
      <w:proofErr w:type="spellStart"/>
      <w:r>
        <w:t>Bonu</w:t>
      </w:r>
      <w:proofErr w:type="spellEnd"/>
      <w:r>
        <w:t xml:space="preserve"> Senioralnego;</w:t>
      </w:r>
    </w:p>
    <w:p w14:paraId="21EFB85A" w14:textId="77777777" w:rsidR="00B66E0D" w:rsidRDefault="00000000" w:rsidP="00B66E0D">
      <w:pPr>
        <w:spacing w:after="0"/>
        <w:jc w:val="both"/>
      </w:pPr>
      <w:r>
        <w:t xml:space="preserve">5) </w:t>
      </w:r>
      <w:proofErr w:type="spellStart"/>
      <w:r>
        <w:t>przyjmuję</w:t>
      </w:r>
      <w:proofErr w:type="spellEnd"/>
      <w:r>
        <w:t xml:space="preserve"> do </w:t>
      </w:r>
      <w:proofErr w:type="spellStart"/>
      <w:r>
        <w:t>wiadomości</w:t>
      </w:r>
      <w:proofErr w:type="spellEnd"/>
      <w:r>
        <w:t xml:space="preserve">, </w:t>
      </w:r>
      <w:proofErr w:type="spellStart"/>
      <w:r>
        <w:t>iż</w:t>
      </w:r>
      <w:proofErr w:type="spellEnd"/>
      <w:r>
        <w:t xml:space="preserve"> w przypadku niezawarcia umowy o realizacji Bonu Senioralnego w terminie 21 dni od dnia doręczenia mi oferty o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zawarcia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Gminę</w:t>
      </w:r>
      <w:proofErr w:type="spellEnd"/>
      <w:r>
        <w:t xml:space="preserve"> </w:t>
      </w:r>
      <w:r w:rsidR="00A3262C">
        <w:t>Miasta Rypin- MOPS Rypin</w:t>
      </w:r>
      <w:r>
        <w:t xml:space="preserve">, </w:t>
      </w:r>
      <w:proofErr w:type="spellStart"/>
      <w:r>
        <w:t>zostanę</w:t>
      </w:r>
      <w:proofErr w:type="spellEnd"/>
      <w:r>
        <w:t xml:space="preserve"> </w:t>
      </w:r>
      <w:proofErr w:type="spellStart"/>
      <w:r>
        <w:t>skreślony</w:t>
      </w:r>
      <w:proofErr w:type="spellEnd"/>
      <w:r>
        <w:t xml:space="preserve"> z </w:t>
      </w:r>
      <w:proofErr w:type="spellStart"/>
      <w:r>
        <w:t>listy</w:t>
      </w:r>
      <w:proofErr w:type="spellEnd"/>
      <w:r>
        <w:t xml:space="preserve"> osób zakwalifikowanych do zawarcia </w:t>
      </w:r>
      <w:proofErr w:type="spellStart"/>
      <w:r>
        <w:t>umowy</w:t>
      </w:r>
      <w:proofErr w:type="spellEnd"/>
      <w:r>
        <w:t xml:space="preserve"> o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Bonu</w:t>
      </w:r>
      <w:proofErr w:type="spellEnd"/>
      <w:r>
        <w:t>;</w:t>
      </w:r>
    </w:p>
    <w:p w14:paraId="1E100856" w14:textId="1916FCDF" w:rsidR="00F54E47" w:rsidRDefault="00000000" w:rsidP="00B66E0D">
      <w:pPr>
        <w:spacing w:after="0"/>
        <w:jc w:val="both"/>
      </w:pPr>
      <w:r>
        <w:t xml:space="preserve">6) </w:t>
      </w:r>
      <w:proofErr w:type="spellStart"/>
      <w:r>
        <w:t>zobowiązuję</w:t>
      </w:r>
      <w:proofErr w:type="spellEnd"/>
      <w:r>
        <w:t xml:space="preserve"> się poinformować organ realizujący Bon Senioralny o każdej zmianie okoliczności mających wpływ na możliwość korzystania z Bonu Senioralnego, w szczególności o zamieszkaniu w innej gminie, rezygnacji z bonu senioralnego, zaprzestaniu spełniania warunków określonych w art. 26 ustawy z dnia 11 czerwca 2026 r. o osobach starszych i koordynacji opieki długoterminowej albo wystąpienia przesłanki, o której mowa w art. 27 tej ustawy;</w:t>
      </w:r>
      <w:r>
        <w:br/>
        <w:t>7) wyrażam zgodę na dokonanie czynności niezbędnych do ustalenia mojej sytuacji oraz poziomu niezaspokojenia podstawowych potrzeb życia codziennego, w zakresie wynikającym z obowiązujących przepisów;</w:t>
      </w:r>
      <w:r>
        <w:br/>
        <w:t>8) przyjmuję do wiadomości, że realizacja Programu odbywa się w ramach środków przeznaczonych na Program Bonu Senioralnego na lata 2026-2028 oraz na zasadach określonych w przepisach prawa.</w:t>
      </w:r>
    </w:p>
    <w:p w14:paraId="681C8C81" w14:textId="77777777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IX. WNIOSEK</w:t>
      </w:r>
    </w:p>
    <w:p w14:paraId="2A4712B9" w14:textId="28D93891" w:rsidR="00F54E47" w:rsidRDefault="00000000" w:rsidP="00B66E0D">
      <w:pPr>
        <w:spacing w:after="280"/>
        <w:jc w:val="both"/>
      </w:pPr>
      <w:r>
        <w:t xml:space="preserve">W związku z powyższym wnoszę o zakwalifikowanie mnie do zawarcia umowy o realizację </w:t>
      </w:r>
      <w:proofErr w:type="spellStart"/>
      <w:r>
        <w:t>Bonu</w:t>
      </w:r>
      <w:proofErr w:type="spellEnd"/>
      <w:r>
        <w:t xml:space="preserve"> Senioralnego </w:t>
      </w:r>
      <w:proofErr w:type="spellStart"/>
      <w:r>
        <w:t>oraz</w:t>
      </w:r>
      <w:proofErr w:type="spellEnd"/>
      <w:r>
        <w:t xml:space="preserve"> </w:t>
      </w:r>
      <w:r w:rsidR="00B66E0D">
        <w:t xml:space="preserve">                </w:t>
      </w:r>
      <w:r>
        <w:t xml:space="preserve">o </w:t>
      </w:r>
      <w:proofErr w:type="spellStart"/>
      <w:r>
        <w:t>ustalenie</w:t>
      </w:r>
      <w:proofErr w:type="spellEnd"/>
      <w:r>
        <w:t xml:space="preserve"> </w:t>
      </w:r>
      <w:proofErr w:type="spellStart"/>
      <w:r>
        <w:t>indywidualnego</w:t>
      </w:r>
      <w:proofErr w:type="spellEnd"/>
      <w:r>
        <w:t xml:space="preserve">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wymiaru usług wsparcia odpowiadających moim niezaspokojonym potrzebom w zakresie podstawowych czynności życia codziennego.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F54E47" w14:paraId="4D2E96D0" w14:textId="77777777">
        <w:trPr>
          <w:jc w:val="center"/>
        </w:trPr>
        <w:tc>
          <w:tcPr>
            <w:tcW w:w="4896" w:type="dxa"/>
          </w:tcPr>
          <w:p w14:paraId="03A5FF3B" w14:textId="77777777" w:rsidR="00F54E47" w:rsidRDefault="00000000">
            <w:r>
              <w:br/>
            </w:r>
            <w:r>
              <w:br/>
              <w:t>___________________________________</w:t>
            </w:r>
            <w:r>
              <w:br/>
              <w:t>(miejscowość, data)</w:t>
            </w:r>
          </w:p>
        </w:tc>
        <w:tc>
          <w:tcPr>
            <w:tcW w:w="4896" w:type="dxa"/>
          </w:tcPr>
          <w:p w14:paraId="123D1A82" w14:textId="77777777" w:rsidR="00F54E47" w:rsidRDefault="00000000">
            <w:pPr>
              <w:jc w:val="right"/>
            </w:pPr>
            <w:r>
              <w:br/>
            </w:r>
            <w:r>
              <w:br/>
              <w:t>___________________________________</w:t>
            </w:r>
            <w:r>
              <w:br/>
              <w:t>(czytelny podpis seniora/opiekuna prawnego/pełnomocnika)</w:t>
            </w:r>
          </w:p>
        </w:tc>
      </w:tr>
    </w:tbl>
    <w:p w14:paraId="4E73F951" w14:textId="77777777" w:rsidR="00B66E0D" w:rsidRDefault="00B66E0D">
      <w:pPr>
        <w:keepNext/>
        <w:spacing w:before="280" w:after="120"/>
        <w:rPr>
          <w:b/>
          <w:color w:val="1B365D"/>
          <w:sz w:val="22"/>
        </w:rPr>
      </w:pPr>
    </w:p>
    <w:p w14:paraId="0F5C7C23" w14:textId="305BD7D6" w:rsidR="00F54E47" w:rsidRDefault="00000000">
      <w:pPr>
        <w:keepNext/>
        <w:spacing w:before="280" w:after="120"/>
      </w:pPr>
      <w:r>
        <w:rPr>
          <w:b/>
          <w:color w:val="1B365D"/>
          <w:sz w:val="22"/>
        </w:rPr>
        <w:t>ZAŁĄCZNIKI</w:t>
      </w:r>
    </w:p>
    <w:p w14:paraId="6A1304A2" w14:textId="77777777" w:rsidR="00F54E47" w:rsidRDefault="00000000">
      <w:pPr>
        <w:spacing w:after="280"/>
      </w:pPr>
      <w:r>
        <w:t>Do wniosku przedkładam:</w:t>
      </w:r>
      <w:r>
        <w:br/>
      </w:r>
      <w:proofErr w:type="gramStart"/>
      <w:r>
        <w:t>[  ]</w:t>
      </w:r>
      <w:proofErr w:type="gramEnd"/>
      <w:r>
        <w:t xml:space="preserve"> dokumenty potwierdzające wysokość dochodu za wymagany okres</w:t>
      </w:r>
      <w:r>
        <w:br/>
      </w:r>
      <w:proofErr w:type="gramStart"/>
      <w:r>
        <w:t>[  ]</w:t>
      </w:r>
      <w:proofErr w:type="gramEnd"/>
      <w:r>
        <w:t xml:space="preserve"> dokumenty/informacje dotyczące sytuacji zdrowotnej lub funkcjonalnej</w:t>
      </w:r>
      <w:r>
        <w:br/>
      </w:r>
      <w:proofErr w:type="gramStart"/>
      <w:r>
        <w:t>[  ]</w:t>
      </w:r>
      <w:proofErr w:type="gramEnd"/>
      <w:r>
        <w:t xml:space="preserve"> pełnomocnictwo lub postanowienie sądu (odpis) o ustanowieniu opieki prawnej/kurateli</w:t>
      </w:r>
      <w:r>
        <w:br/>
      </w:r>
      <w:proofErr w:type="gramStart"/>
      <w:r>
        <w:t>[  ]</w:t>
      </w:r>
      <w:proofErr w:type="gramEnd"/>
      <w:r>
        <w:t xml:space="preserve"> oświadczenie o dochodach nieopodatkowanych</w:t>
      </w:r>
      <w:r>
        <w:br/>
      </w:r>
      <w:proofErr w:type="gramStart"/>
      <w:r>
        <w:t>[  ]</w:t>
      </w:r>
      <w:proofErr w:type="gramEnd"/>
      <w:r>
        <w:t xml:space="preserve"> oświadczenie o wielkości gospodarstwa rolnego</w:t>
      </w:r>
      <w:r>
        <w:br/>
      </w:r>
      <w:proofErr w:type="gramStart"/>
      <w:r>
        <w:t>[  ]</w:t>
      </w:r>
      <w:proofErr w:type="gramEnd"/>
      <w:r>
        <w:t xml:space="preserve"> inne dokumenty: ____________________________________________________</w:t>
      </w:r>
    </w:p>
    <w:p w14:paraId="76A5A459" w14:textId="77777777" w:rsidR="00F54E47" w:rsidRDefault="00000000">
      <w:r>
        <w:br w:type="page"/>
      </w:r>
    </w:p>
    <w:p w14:paraId="4B9EE0F1" w14:textId="77777777" w:rsidR="00F54E47" w:rsidRDefault="00000000">
      <w:pPr>
        <w:spacing w:after="80"/>
        <w:jc w:val="center"/>
      </w:pPr>
      <w:r>
        <w:rPr>
          <w:b/>
          <w:color w:val="1B365D"/>
          <w:sz w:val="28"/>
        </w:rPr>
        <w:lastRenderedPageBreak/>
        <w:t>KLAUZULA INFORMACYJNA DLA KORZYSTAJĄCYCH Z BONU SENIORALNEGO</w:t>
      </w:r>
    </w:p>
    <w:p w14:paraId="29286C12" w14:textId="77777777" w:rsidR="00F54E47" w:rsidRDefault="00000000" w:rsidP="00B66E0D">
      <w:pPr>
        <w:spacing w:after="160"/>
        <w:jc w:val="both"/>
      </w:pPr>
      <w:r>
        <w:t>Zgodnie z art. 13 ust. 1 i 2 Rozporządzenia z dnia 27 kwietnia 2016 r. w sprawie ochrony osób fizycznych w związku z przetwarzaniem danych osobowych i w sprawie swobodnego przepływu takich danych oraz uchylenia dyrektywy 95/46/WE „RODO” (Dz. Urz. UE L 119 z 04.05.2016), informujemy, że:</w:t>
      </w:r>
    </w:p>
    <w:p w14:paraId="0EC6C54F" w14:textId="1C010B1E" w:rsidR="00F54E47" w:rsidRDefault="00000000" w:rsidP="00B66E0D">
      <w:pPr>
        <w:spacing w:after="80"/>
        <w:jc w:val="both"/>
      </w:pPr>
      <w:r>
        <w:t xml:space="preserve">1) Administratorem Pani/Pana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jest </w:t>
      </w:r>
      <w:proofErr w:type="spellStart"/>
      <w:r w:rsidR="00A3262C">
        <w:t>Miejski</w:t>
      </w:r>
      <w:proofErr w:type="spellEnd"/>
      <w:r w:rsidR="00A3262C">
        <w:t xml:space="preserve"> </w:t>
      </w:r>
      <w:proofErr w:type="spellStart"/>
      <w:r w:rsidR="00A3262C">
        <w:t>Ośrodek</w:t>
      </w:r>
      <w:proofErr w:type="spellEnd"/>
      <w:r w:rsidR="00A3262C">
        <w:t xml:space="preserve"> </w:t>
      </w:r>
      <w:proofErr w:type="spellStart"/>
      <w:r w:rsidR="00A3262C">
        <w:t>Pomocy</w:t>
      </w:r>
      <w:proofErr w:type="spellEnd"/>
      <w:r w:rsidR="00A3262C">
        <w:t xml:space="preserve"> </w:t>
      </w:r>
      <w:proofErr w:type="spellStart"/>
      <w:r w:rsidR="00A3262C">
        <w:t>Społecznej</w:t>
      </w:r>
      <w:proofErr w:type="spellEnd"/>
      <w:r w:rsidR="00A3262C">
        <w:t xml:space="preserve"> w Rypinie, ul. Warszawska 40, 87-500 Rypin,</w:t>
      </w:r>
      <w:r>
        <w:t xml:space="preserve"> tel. </w:t>
      </w:r>
      <w:r w:rsidR="00A3262C">
        <w:t>54 280 96 50</w:t>
      </w:r>
      <w:r>
        <w:t xml:space="preserve">; </w:t>
      </w:r>
    </w:p>
    <w:p w14:paraId="01E93D74" w14:textId="5F355163" w:rsidR="00A3262C" w:rsidRDefault="00000000" w:rsidP="00B66E0D">
      <w:pPr>
        <w:spacing w:after="80"/>
        <w:jc w:val="both"/>
      </w:pPr>
      <w:r>
        <w:t xml:space="preserve">2) Kontakt z </w:t>
      </w:r>
      <w:proofErr w:type="spellStart"/>
      <w:r>
        <w:t>Inspektorem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Danych, </w:t>
      </w:r>
      <w:proofErr w:type="spellStart"/>
      <w:r>
        <w:t>adres</w:t>
      </w:r>
      <w:proofErr w:type="spellEnd"/>
      <w:r>
        <w:t xml:space="preserve"> e-mail: </w:t>
      </w:r>
      <w:hyperlink r:id="rId6" w:history="1">
        <w:r w:rsidR="00B66E0D" w:rsidRPr="00B0165A">
          <w:rPr>
            <w:rStyle w:val="Hipercze"/>
          </w:rPr>
          <w:t>iod@rypin.eu</w:t>
        </w:r>
      </w:hyperlink>
    </w:p>
    <w:p w14:paraId="6DEF8884" w14:textId="02A7FEDE" w:rsidR="00F54E47" w:rsidRDefault="00000000" w:rsidP="00B66E0D">
      <w:pPr>
        <w:spacing w:after="80"/>
        <w:jc w:val="both"/>
      </w:pPr>
      <w:r>
        <w:t xml:space="preserve">3) Pani/Pana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w celu ustalenia prawa do świadczeń, zgodnie z Art. 6 ust. 1 lit. c RODO – przetwarzanie jest niezbędne do wypełnienia obowiązku prawnego ciążącego na Administratorze, oraz Art. 9 ust. 2 lit. b RODO, w związku z przepisami Ustawy z dnia 11 czerwca 2026 r. o osobach starszych i koordynacji opieki długoterminowej oraz Art. 6 ust. 1 lit. a RODO – zgody na przetwarzanie danych osobowych podanych dobrowolnie, tzn. innych niż wymaganych przepisami prawa dla realizacji świadczenia.</w:t>
      </w:r>
    </w:p>
    <w:p w14:paraId="1955152F" w14:textId="77777777" w:rsidR="00F54E47" w:rsidRDefault="00000000" w:rsidP="00B66E0D">
      <w:pPr>
        <w:spacing w:after="80"/>
        <w:jc w:val="both"/>
      </w:pPr>
      <w:r>
        <w:t>4) Podanie przez Panią/Pana danych osobowych wymaganych dla realizacji świadczenia na podstawie ustawy jest obowiązkowe. Brak zgody Pani/Pana na przetwarzanie danych osobowych skutkować będzie brakiem możliwości rozpatrzenia wniosku i ustalenia prawa do świadczeń.</w:t>
      </w:r>
    </w:p>
    <w:p w14:paraId="701A6ED5" w14:textId="77777777" w:rsidR="00F54E47" w:rsidRDefault="00000000" w:rsidP="00B66E0D">
      <w:pPr>
        <w:spacing w:after="80"/>
        <w:jc w:val="both"/>
      </w:pPr>
      <w:r>
        <w:t>5) Pani/Pana dane osobowe będą przetwarzane przez czas określony przepisami prawa, niezbędny do realizacji celu przetwarzania wskazanego w pkt 3 oraz okres wynikający z przepisów prawa dotyczących archiwizacji.</w:t>
      </w:r>
    </w:p>
    <w:p w14:paraId="411ADB83" w14:textId="77777777" w:rsidR="00F54E47" w:rsidRDefault="00000000" w:rsidP="00B66E0D">
      <w:pPr>
        <w:spacing w:after="80"/>
        <w:jc w:val="both"/>
      </w:pPr>
      <w:r>
        <w:t>6) Odbiorcami Pani/Pana danych osobowych będą wyłącznie podmioty uprawnione do uzyskania danych osobowych na podstawie przepisów prawa lub zawartych umów, w związku z realizacją przysługujących Państwu świadczeń.</w:t>
      </w:r>
    </w:p>
    <w:p w14:paraId="3E640D6D" w14:textId="77777777" w:rsidR="00F54E47" w:rsidRDefault="00000000" w:rsidP="00B66E0D">
      <w:pPr>
        <w:spacing w:after="80"/>
        <w:jc w:val="both"/>
      </w:pPr>
      <w:r>
        <w:t>7) Przysługuje Pani/Panu prawo do żądania dostępu do swoich danych, sprostowania swoich danych; prawo do cofnięcia zgody, na podstawie której przetwarzane są Pani/Pana dane osobowe. Cofnięcie zgody nie wpływa na zgodność z prawem przetwarzania, którego dokonano na podstawie Pana/Pani zgody przed jej wycofaniem.</w:t>
      </w:r>
    </w:p>
    <w:p w14:paraId="1F63EA76" w14:textId="77777777" w:rsidR="00F54E47" w:rsidRDefault="00000000" w:rsidP="00B66E0D">
      <w:pPr>
        <w:spacing w:after="80"/>
        <w:jc w:val="both"/>
      </w:pPr>
      <w:r>
        <w:t>8) Przysługuje Pani/Panu prawo do wniesienia sprzeciwu wobec przetwarzania danych osobowych, jednak pozytywne rozpatrzenie Pani/Pana sprzeciwu wobec przetwarzania danych musi być zgodne z przepisami prawa.</w:t>
      </w:r>
    </w:p>
    <w:p w14:paraId="57267EDE" w14:textId="7293AC60" w:rsidR="00F54E47" w:rsidRDefault="00000000" w:rsidP="00B66E0D">
      <w:pPr>
        <w:spacing w:after="80"/>
        <w:jc w:val="both"/>
      </w:pPr>
      <w:r>
        <w:t xml:space="preserve">9) Ma Pani/Pan prawo wniesienia skargi do organu nadzorczego, tj. Prezesa Urzędu Ochrony Danych Osobowych, ul. </w:t>
      </w:r>
      <w:proofErr w:type="spellStart"/>
      <w:r w:rsidR="00A3262C">
        <w:t>Stawki</w:t>
      </w:r>
      <w:proofErr w:type="spellEnd"/>
      <w:r w:rsidR="00A3262C">
        <w:t xml:space="preserve"> 2</w:t>
      </w:r>
      <w:r>
        <w:t>, 00-</w:t>
      </w:r>
      <w:r w:rsidR="00A3262C">
        <w:t>193</w:t>
      </w:r>
      <w:r>
        <w:t xml:space="preserve"> Warszawa,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uzna</w:t>
      </w:r>
      <w:proofErr w:type="spellEnd"/>
      <w:r>
        <w:t xml:space="preserve"> Pani/Pan, </w:t>
      </w:r>
      <w:proofErr w:type="spellStart"/>
      <w:r>
        <w:t>że</w:t>
      </w:r>
      <w:proofErr w:type="spellEnd"/>
      <w:r>
        <w:t xml:space="preserve"> przetwarzanie danych narusza przepisy RODO.</w:t>
      </w:r>
    </w:p>
    <w:p w14:paraId="7ADDE7DB" w14:textId="77777777" w:rsidR="00F54E47" w:rsidRDefault="00000000" w:rsidP="00B66E0D">
      <w:pPr>
        <w:spacing w:after="80"/>
        <w:jc w:val="both"/>
      </w:pPr>
      <w:r>
        <w:t>10) Pani/Pana dane osobowe nie będą przetwarzane w sposób zautomatyzowany w formie profilowania.</w:t>
      </w:r>
    </w:p>
    <w:p w14:paraId="2E14BB44" w14:textId="77777777" w:rsidR="00F54E47" w:rsidRDefault="00000000" w:rsidP="00B66E0D">
      <w:pPr>
        <w:spacing w:before="600"/>
        <w:jc w:val="right"/>
      </w:pPr>
      <w:r>
        <w:t>_____________________________________________________</w:t>
      </w:r>
      <w:r>
        <w:br/>
        <w:t>(czytelny podpis seniora/opiekuna prawnego/pełnomocnika)</w:t>
      </w:r>
    </w:p>
    <w:p w14:paraId="6C60D92C" w14:textId="77777777" w:rsidR="00F54E47" w:rsidRDefault="00000000" w:rsidP="00B66E0D">
      <w:pPr>
        <w:jc w:val="both"/>
      </w:pPr>
      <w:r>
        <w:br w:type="page"/>
      </w:r>
    </w:p>
    <w:p w14:paraId="5A785309" w14:textId="77777777" w:rsidR="00F54E47" w:rsidRDefault="00000000">
      <w:pPr>
        <w:spacing w:after="240"/>
        <w:jc w:val="center"/>
      </w:pPr>
      <w:r>
        <w:rPr>
          <w:color w:val="444444"/>
          <w:sz w:val="22"/>
        </w:rPr>
        <w:lastRenderedPageBreak/>
        <w:t>Załącznik nr 1 do wniosku</w:t>
      </w:r>
      <w:r>
        <w:rPr>
          <w:color w:val="444444"/>
          <w:sz w:val="22"/>
        </w:rPr>
        <w:br/>
        <w:t>o zawarcie umowy o realizację Bonu Senioralnego w ramach Programu Bonu Senioralnego na lata 2026-2028</w:t>
      </w:r>
    </w:p>
    <w:p w14:paraId="55166965" w14:textId="77777777" w:rsidR="00F54E47" w:rsidRDefault="00000000">
      <w:pPr>
        <w:spacing w:after="80"/>
        <w:jc w:val="center"/>
      </w:pPr>
      <w:r>
        <w:rPr>
          <w:b/>
          <w:color w:val="1B365D"/>
          <w:sz w:val="28"/>
        </w:rPr>
        <w:t>OŚWIADCZENIE SENIORA O WIELKOŚCI GOSPODARSTWA ROLNEGO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320"/>
        <w:gridCol w:w="5472"/>
      </w:tblGrid>
      <w:tr w:rsidR="00F54E47" w14:paraId="2BE6C783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D61B76" w14:textId="77777777" w:rsidR="00F54E47" w:rsidRDefault="00000000">
            <w:r>
              <w:rPr>
                <w:b/>
              </w:rPr>
              <w:t>Imię i nazwisko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E85A8E" w14:textId="77777777" w:rsidR="00F54E47" w:rsidRDefault="00F54E47"/>
        </w:tc>
      </w:tr>
      <w:tr w:rsidR="00F54E47" w14:paraId="594DB47D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0C2D5" w14:textId="77777777" w:rsidR="00F54E47" w:rsidRDefault="00000000">
            <w:r>
              <w:rPr>
                <w:b/>
              </w:rPr>
              <w:t>PESEL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BF41D8" w14:textId="77777777" w:rsidR="00F54E47" w:rsidRDefault="00F54E47"/>
        </w:tc>
      </w:tr>
      <w:tr w:rsidR="00F54E47" w14:paraId="42E3E555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120205" w14:textId="77777777" w:rsidR="00F54E47" w:rsidRDefault="00000000">
            <w:r>
              <w:rPr>
                <w:b/>
              </w:rPr>
              <w:t>Seria i numer dokumentu potwierdzającego tożsamość</w:t>
            </w:r>
            <w:r>
              <w:rPr>
                <w:b/>
              </w:rPr>
              <w:br/>
              <w:t>(w przypadku braku PESEL)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E42ECA" w14:textId="77777777" w:rsidR="00F54E47" w:rsidRDefault="00F54E47"/>
        </w:tc>
      </w:tr>
      <w:tr w:rsidR="00F54E47" w14:paraId="2ED41D17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E1C1B9" w14:textId="77777777" w:rsidR="00F54E47" w:rsidRDefault="00000000">
            <w:r>
              <w:rPr>
                <w:b/>
              </w:rPr>
              <w:t>Adres miejsca zamieszkania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D1B9DC" w14:textId="77777777" w:rsidR="00F54E47" w:rsidRDefault="00F54E47"/>
        </w:tc>
      </w:tr>
    </w:tbl>
    <w:p w14:paraId="1A6CD1FA" w14:textId="2BF7C444" w:rsidR="00F54E47" w:rsidRDefault="00000000">
      <w:pPr>
        <w:spacing w:before="200" w:after="280"/>
      </w:pPr>
      <w:r>
        <w:t>posiadam gospodarstwo rolne / nie posiadam gospodarstwa rolnego*</w:t>
      </w:r>
      <w:r>
        <w:br/>
      </w:r>
      <w:r>
        <w:br/>
        <w:t>W przypadku posiadania gospodarstwa rolnego oświadczam, że w okresie trzech miesięcy poprzedzających miesiąc złożenia wniosku o zawarcie umowy o realizację Bonu Senioralnego łączna powierzchnia posiadanego przeze mnie gospodarstwa rolnego wynosiła:</w:t>
      </w:r>
      <w:r>
        <w:br/>
      </w:r>
      <w:r>
        <w:br/>
        <w:t>____________________ ha fizycznych, co stanowi ____________________ ha przeliczeniowych.</w:t>
      </w:r>
      <w:r>
        <w:br/>
      </w:r>
      <w:r>
        <w:br/>
        <w:t xml:space="preserve">* </w:t>
      </w:r>
      <w:proofErr w:type="spellStart"/>
      <w:r>
        <w:t>niewłaściwe</w:t>
      </w:r>
      <w:proofErr w:type="spellEnd"/>
      <w:r>
        <w:t xml:space="preserve"> </w:t>
      </w:r>
      <w:proofErr w:type="spellStart"/>
      <w:r>
        <w:t>skreślić</w:t>
      </w:r>
      <w:proofErr w:type="spellEnd"/>
    </w:p>
    <w:p w14:paraId="06F7BD30" w14:textId="77777777" w:rsidR="00A03793" w:rsidRDefault="00A03793">
      <w:pPr>
        <w:spacing w:before="200" w:after="280"/>
      </w:pPr>
    </w:p>
    <w:p w14:paraId="45964F77" w14:textId="77777777" w:rsidR="00A03793" w:rsidRDefault="00A03793">
      <w:pPr>
        <w:spacing w:before="200" w:after="2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61"/>
        <w:gridCol w:w="5075"/>
      </w:tblGrid>
      <w:tr w:rsidR="00F54E47" w14:paraId="6340FCDB" w14:textId="77777777" w:rsidTr="00A03793">
        <w:trPr>
          <w:jc w:val="center"/>
        </w:trPr>
        <w:tc>
          <w:tcPr>
            <w:tcW w:w="4896" w:type="dxa"/>
          </w:tcPr>
          <w:p w14:paraId="5BC01665" w14:textId="77777777" w:rsidR="00F54E47" w:rsidRDefault="00000000">
            <w:r>
              <w:t>_________________________, _______________</w:t>
            </w:r>
            <w:r>
              <w:br/>
              <w:t>(</w:t>
            </w:r>
            <w:proofErr w:type="spellStart"/>
            <w:proofErr w:type="gramStart"/>
            <w:r>
              <w:t>miejscowość</w:t>
            </w:r>
            <w:proofErr w:type="spellEnd"/>
            <w:r>
              <w:t xml:space="preserve">)   </w:t>
            </w:r>
            <w:proofErr w:type="gramEnd"/>
            <w:r>
              <w:t xml:space="preserve">             </w:t>
            </w:r>
            <w:proofErr w:type="gramStart"/>
            <w:r>
              <w:t xml:space="preserve">   (</w:t>
            </w:r>
            <w:proofErr w:type="gramEnd"/>
            <w:r>
              <w:t>data)</w:t>
            </w:r>
          </w:p>
        </w:tc>
        <w:tc>
          <w:tcPr>
            <w:tcW w:w="5097" w:type="dxa"/>
          </w:tcPr>
          <w:p w14:paraId="732811D5" w14:textId="77777777" w:rsidR="00F54E47" w:rsidRDefault="00000000" w:rsidP="00A03793">
            <w:pPr>
              <w:jc w:val="center"/>
            </w:pPr>
            <w:r>
              <w:t>___________________________________</w:t>
            </w:r>
            <w:r>
              <w:br/>
              <w:t>(podpis seniora)</w:t>
            </w:r>
          </w:p>
        </w:tc>
      </w:tr>
    </w:tbl>
    <w:p w14:paraId="4F314DBA" w14:textId="77777777" w:rsidR="00F54E47" w:rsidRDefault="00000000">
      <w:r>
        <w:br w:type="page"/>
      </w:r>
    </w:p>
    <w:p w14:paraId="317FAF30" w14:textId="77777777" w:rsidR="00F54E47" w:rsidRDefault="00000000">
      <w:pPr>
        <w:spacing w:after="240"/>
        <w:jc w:val="center"/>
      </w:pPr>
      <w:r>
        <w:rPr>
          <w:color w:val="444444"/>
          <w:sz w:val="22"/>
        </w:rPr>
        <w:lastRenderedPageBreak/>
        <w:t>Załącznik nr 2 do wniosku</w:t>
      </w:r>
      <w:r>
        <w:rPr>
          <w:color w:val="444444"/>
          <w:sz w:val="22"/>
        </w:rPr>
        <w:br/>
        <w:t>o zawarcie umowy o realizację Bonu Senioralnego w ramach Programu Bonu Senioralnego na lata 2026-2028</w:t>
      </w:r>
    </w:p>
    <w:p w14:paraId="0A709D62" w14:textId="77777777" w:rsidR="00F54E47" w:rsidRDefault="00000000">
      <w:pPr>
        <w:spacing w:after="80"/>
        <w:jc w:val="center"/>
      </w:pPr>
      <w:r>
        <w:rPr>
          <w:b/>
          <w:color w:val="1B365D"/>
          <w:sz w:val="28"/>
        </w:rPr>
        <w:t>OŚWIADCZENIE SENIORA O DOCHODACH NIEPODLEGAJĄCYCH OPODATKOWANIU NA PODSTAWIE PRZEPISÓW O PODATKU DOCHODOWYM OD OSÓB FIZYCZNYCH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320"/>
        <w:gridCol w:w="5472"/>
      </w:tblGrid>
      <w:tr w:rsidR="00F54E47" w14:paraId="26F9088E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525D05" w14:textId="77777777" w:rsidR="00F54E47" w:rsidRDefault="00000000">
            <w:r>
              <w:rPr>
                <w:b/>
              </w:rPr>
              <w:t>Imię i nazwisko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C746EE" w14:textId="77777777" w:rsidR="00F54E47" w:rsidRDefault="00F54E47"/>
        </w:tc>
      </w:tr>
      <w:tr w:rsidR="00F54E47" w14:paraId="3B562B54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C9FF3C" w14:textId="77777777" w:rsidR="00F54E47" w:rsidRDefault="00000000">
            <w:r>
              <w:rPr>
                <w:b/>
              </w:rPr>
              <w:t>PESEL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517DDB" w14:textId="77777777" w:rsidR="00F54E47" w:rsidRDefault="00F54E47"/>
        </w:tc>
      </w:tr>
      <w:tr w:rsidR="00F54E47" w14:paraId="365B9988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C8F73A" w14:textId="77777777" w:rsidR="00F54E47" w:rsidRDefault="00000000">
            <w:r>
              <w:rPr>
                <w:b/>
              </w:rPr>
              <w:t>Seria i numer dokumentu potwierdzającego tożsamość</w:t>
            </w:r>
            <w:r>
              <w:rPr>
                <w:b/>
              </w:rPr>
              <w:br/>
              <w:t>(w przypadku braku PESEL)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C1515F" w14:textId="77777777" w:rsidR="00F54E47" w:rsidRDefault="00F54E47"/>
        </w:tc>
      </w:tr>
      <w:tr w:rsidR="00F54E47" w14:paraId="1E46426B" w14:textId="77777777">
        <w:trPr>
          <w:jc w:val="center"/>
        </w:trPr>
        <w:tc>
          <w:tcPr>
            <w:tcW w:w="432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1DBF29" w14:textId="77777777" w:rsidR="00F54E47" w:rsidRDefault="00000000">
            <w:r>
              <w:rPr>
                <w:b/>
              </w:rPr>
              <w:t>Adres miejsca zamieszkania</w:t>
            </w:r>
          </w:p>
        </w:tc>
        <w:tc>
          <w:tcPr>
            <w:tcW w:w="54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3B700B" w14:textId="77777777" w:rsidR="00F54E47" w:rsidRDefault="00F54E47"/>
        </w:tc>
      </w:tr>
    </w:tbl>
    <w:p w14:paraId="086ED658" w14:textId="7A934986" w:rsidR="00F54E47" w:rsidRDefault="00000000">
      <w:pPr>
        <w:spacing w:before="200" w:after="160"/>
      </w:pPr>
      <w:r>
        <w:t>Oświadczam, że w okresie trzech miesięcy poprzedzających miesiąc złożenia wniosku o zawarcie umowy o realizację Bonu Senioralnego uzyskałem dochód niepodlegający opodatkowaniu na podstawie przepisów o podatku dochodowym od osób fizycznych w wysokości:</w:t>
      </w:r>
      <w:r>
        <w:br/>
        <w:t>1. ________________________________________ zł z tytułu: ________________________________________</w:t>
      </w:r>
      <w:r>
        <w:br/>
        <w:t>2. ________________________________________ zł z tytułu: ________________________________________</w:t>
      </w:r>
      <w:r>
        <w:br/>
        <w:t>3. ________________________________________ zł z tytułu: ________________________________________</w:t>
      </w:r>
      <w:r>
        <w:br/>
        <w:t>4. ________________________________________ zł z tytułu: ________________________________________</w:t>
      </w:r>
      <w:r>
        <w:br/>
        <w:t xml:space="preserve">5. ________________________________________ </w:t>
      </w:r>
      <w:proofErr w:type="spellStart"/>
      <w:r>
        <w:t>zł</w:t>
      </w:r>
      <w:proofErr w:type="spellEnd"/>
      <w:r>
        <w:t xml:space="preserve"> z </w:t>
      </w:r>
      <w:proofErr w:type="spellStart"/>
      <w:r>
        <w:t>tytułu</w:t>
      </w:r>
      <w:proofErr w:type="spellEnd"/>
      <w:r>
        <w:t>: _______________________________________</w:t>
      </w:r>
    </w:p>
    <w:p w14:paraId="4E16830E" w14:textId="77777777" w:rsidR="00A3262C" w:rsidRDefault="00A3262C">
      <w:pPr>
        <w:spacing w:before="200" w:after="160"/>
      </w:pPr>
    </w:p>
    <w:p w14:paraId="1F21AEC9" w14:textId="77777777" w:rsidR="00F54E47" w:rsidRDefault="00000000" w:rsidP="00A3262C">
      <w:pPr>
        <w:spacing w:before="200" w:after="80"/>
        <w:jc w:val="center"/>
      </w:pPr>
      <w:r>
        <w:rPr>
          <w:b/>
        </w:rPr>
        <w:t>POUCZENIE</w:t>
      </w:r>
    </w:p>
    <w:p w14:paraId="3D84F47D" w14:textId="77777777" w:rsidR="00A3262C" w:rsidRPr="00B66E0D" w:rsidRDefault="00A3262C" w:rsidP="00B66E0D">
      <w:pPr>
        <w:pStyle w:val="Default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Oświadczenie obejmuje wyłącznie następujące dochody w zakresie niepodlegającym opodatkowaniu na podstawie przepisów o podatku dochodowym od osób fizycznych (art. 3 pkt. 1 lit. c ustawy z dnia 28 listopada 2003r. o świadczeniach rodzinnych): </w:t>
      </w:r>
    </w:p>
    <w:p w14:paraId="30A439C6" w14:textId="5521816C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-renty określone w przepisach o zaopatrzeniu inwalidów wojennych i wojskowych oraz ich rodzin, </w:t>
      </w:r>
    </w:p>
    <w:p w14:paraId="27493D05" w14:textId="016EE388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-renty wypłacone osobom represjonowanym i członkom ich rodzin, przyznane na zasadach określonych w przepisach o zaopatrzeniu inwalidów wojennych i wojskowych oraz ich rodzin, </w:t>
      </w:r>
    </w:p>
    <w:p w14:paraId="3FB6A55C" w14:textId="161B7CF9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5CF28B45" w14:textId="37962883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-dodatek kombatancki, ryczałt energetyczny i dodatek kompensacyjny określone w przepisach o kombatantach oraz niektórych osobach będących ofiarami represji wojennych i okresu powojennego, </w:t>
      </w:r>
    </w:p>
    <w:p w14:paraId="5FD5AF87" w14:textId="169CF695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23BBC99A" w14:textId="1EAC6AC7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-ryczałt energetyczny, emerytury i renty otrzymywane przez osoby, które utraciły wzrok w wyniku działań wojennych w latach 1939-1945 lub eksplozji pozostałych po tej wojnie niewypałów i niewybuchów, </w:t>
      </w:r>
    </w:p>
    <w:p w14:paraId="7631E093" w14:textId="5789140E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72815A1D" w14:textId="40D34D07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lastRenderedPageBreak/>
        <w:t xml:space="preserve">-zasiłki chorobowe określone w przepisach o ubezpieczeniu społecznym rolników oraz w przepisach o systemie ubezpieczeń społecznych, </w:t>
      </w:r>
    </w:p>
    <w:p w14:paraId="676B0E55" w14:textId="053EED9F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 </w:t>
      </w:r>
    </w:p>
    <w:p w14:paraId="1111C034" w14:textId="5A2EABB3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2025 r. poz. 277, z </w:t>
      </w:r>
      <w:proofErr w:type="spellStart"/>
      <w:r w:rsidRPr="00B66E0D">
        <w:rPr>
          <w:sz w:val="20"/>
          <w:szCs w:val="20"/>
        </w:rPr>
        <w:t>późn</w:t>
      </w:r>
      <w:proofErr w:type="spellEnd"/>
      <w:r w:rsidRPr="00B66E0D">
        <w:rPr>
          <w:sz w:val="20"/>
          <w:szCs w:val="20"/>
        </w:rPr>
        <w:t xml:space="preserve">. zm.), </w:t>
      </w:r>
    </w:p>
    <w:p w14:paraId="71073EE3" w14:textId="4B7DE20B" w:rsidR="00A3262C" w:rsidRPr="00B66E0D" w:rsidRDefault="00A3262C" w:rsidP="00B66E0D">
      <w:pPr>
        <w:pStyle w:val="Default"/>
        <w:numPr>
          <w:ilvl w:val="0"/>
          <w:numId w:val="14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3E048CEA" w14:textId="50AE989C" w:rsidR="00A3262C" w:rsidRPr="00B66E0D" w:rsidRDefault="00A3262C" w:rsidP="00B66E0D">
      <w:pPr>
        <w:pStyle w:val="Default"/>
        <w:numPr>
          <w:ilvl w:val="0"/>
          <w:numId w:val="14"/>
        </w:numPr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-należności pieniężne ze stosunku służbowego otrzymywane w czasie służby kandydackiej przez funkcjonariuszy Policji, Państwowej Straży </w:t>
      </w:r>
    </w:p>
    <w:p w14:paraId="1A9DF4BB" w14:textId="77777777" w:rsidR="00A3262C" w:rsidRPr="00B66E0D" w:rsidRDefault="00A3262C" w:rsidP="00B66E0D">
      <w:pPr>
        <w:pStyle w:val="Default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Pożarnej, Straży Granicznej, Biura Ochrony Rządu i Służby Więziennej, obliczone za okres, w którym osoby te uzyskały dochód, </w:t>
      </w:r>
    </w:p>
    <w:p w14:paraId="12D9DE94" w14:textId="3755AF0A" w:rsidR="00A3262C" w:rsidRPr="00B66E0D" w:rsidRDefault="00A3262C" w:rsidP="00B66E0D">
      <w:pPr>
        <w:pStyle w:val="Default"/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-dochody członków rolniczych spółdzielni produkcyjnych z tytułu członkostwa w rolniczej spółdzielni produkcyjnej, pomniejszone o składki na ubezpieczenia społeczne, </w:t>
      </w:r>
    </w:p>
    <w:p w14:paraId="4B3C97E0" w14:textId="451A37D6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alimenty na rzecz dzieci, </w:t>
      </w:r>
    </w:p>
    <w:p w14:paraId="6E9B4A7B" w14:textId="19DCE250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stypendia doktoranckie przyznane na podstawie art. 209 ust. 1 i 7 ustawy z dnia 20 lipca 2018 r. - Prawo o szkolnictwie wyższym i nauce (Dz. U. z 2024 r. poz. 1571, z </w:t>
      </w:r>
      <w:proofErr w:type="spellStart"/>
      <w:r w:rsidR="00A3262C" w:rsidRPr="00B66E0D">
        <w:rPr>
          <w:sz w:val="20"/>
          <w:szCs w:val="20"/>
        </w:rPr>
        <w:t>późn</w:t>
      </w:r>
      <w:proofErr w:type="spellEnd"/>
      <w:r w:rsidR="00A3262C" w:rsidRPr="00B66E0D">
        <w:rPr>
          <w:sz w:val="20"/>
          <w:szCs w:val="20"/>
        </w:rPr>
        <w:t xml:space="preserve">. zm.), stypendia sportowe przyznane na podstawie ustawy z dnia 25 czerwca 2010 r. o sporcie (Dz. U. z 2026 r. poz. 95 i 615) oraz inne stypendia o charakterze socjalnym przyznane uczniom lub studentom, </w:t>
      </w:r>
    </w:p>
    <w:p w14:paraId="56855648" w14:textId="49E2DB2C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544BDCE6" w14:textId="1EFF0519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7D664E19" w14:textId="387348F4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dodatki za tajne nauczanie określone w ustawie z dnia 26 stycznia 1982 r. - Karta Nauczyciela (Dz. U. z 2026 r. poz. 515), </w:t>
      </w:r>
    </w:p>
    <w:p w14:paraId="58CF2086" w14:textId="39C28D4F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1D1F8FDF" w14:textId="77B3F347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ekwiwalenty pieniężne za deputaty węglowe określone w przepisach o komercjalizacji, restrukturyzacji i prywatyzacji przedsiębiorstwa państwowego "Polskie Koleje Państwowe", </w:t>
      </w:r>
    </w:p>
    <w:p w14:paraId="5EDF13A9" w14:textId="4D88D3FE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ekwiwalenty z tytułu prawa do bezpłatnego węgla określone w przepisach o restrukturyzacji górnictwa węgla kamiennego w latach 2003-2006, </w:t>
      </w:r>
    </w:p>
    <w:p w14:paraId="2F021655" w14:textId="15399204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świadczenia określone w przepisach o wykonywaniu mandatu posła i senatora, – dochody uzyskane z gospodarstwa rolnego, </w:t>
      </w:r>
    </w:p>
    <w:p w14:paraId="7E1F8FD8" w14:textId="5CA355A7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BDE50ED" w14:textId="0119DC56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3AD34686" w14:textId="58267B99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14:paraId="564565E2" w14:textId="57608ACD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świadczenia pieniężne wypłacane w przypadku bezskuteczności egzekucji alimentów, </w:t>
      </w:r>
    </w:p>
    <w:p w14:paraId="3F627BD3" w14:textId="2DB9C732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lastRenderedPageBreak/>
        <w:t>-</w:t>
      </w:r>
      <w:r w:rsidR="00A3262C" w:rsidRPr="00B66E0D">
        <w:rPr>
          <w:sz w:val="20"/>
          <w:szCs w:val="20"/>
        </w:rPr>
        <w:t xml:space="preserve">pomoc materialną o charakterze socjalnym określoną w art. 90c ust. 2 ustawy z dnia 7 września 1991 r. o systemie oświaty (Dz. U. z 2025 r. poz. 881 i 1019 oraz z 2026 r. poz. 203 i 319) oraz świadczenia, o których mowa w art. 86 ust. 1 pkt 1-3 i 5 oraz art. 212 ustawy z dnia 20 lipca 2018 r. - Prawo o szkolnictwie wyższym i nauce, </w:t>
      </w:r>
    </w:p>
    <w:p w14:paraId="403516A2" w14:textId="35BC7F91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kwoty otrzymane na podstawie art. 27f ust. 8-10 ustawy z dnia 26 lipca 1991 r. o podatku dochodowym od osób fizycznych, </w:t>
      </w:r>
    </w:p>
    <w:p w14:paraId="4FB21B8B" w14:textId="77777777" w:rsidR="00A3262C" w:rsidRPr="00B66E0D" w:rsidRDefault="00A3262C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2024 r. poz. 906 oraz z 2026 r. poz. 566), </w:t>
      </w:r>
    </w:p>
    <w:p w14:paraId="7ED78367" w14:textId="1B76AADB" w:rsidR="00A3262C" w:rsidRPr="00B66E0D" w:rsidRDefault="00A03793" w:rsidP="00B66E0D">
      <w:pPr>
        <w:pStyle w:val="Default"/>
        <w:numPr>
          <w:ilvl w:val="0"/>
          <w:numId w:val="15"/>
        </w:numPr>
        <w:spacing w:after="22"/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świadczenie rodzicielskie, </w:t>
      </w:r>
    </w:p>
    <w:p w14:paraId="19FFF49E" w14:textId="4789D7CC" w:rsidR="00A3262C" w:rsidRPr="00B66E0D" w:rsidRDefault="00A03793" w:rsidP="00B66E0D">
      <w:pPr>
        <w:pStyle w:val="Default"/>
        <w:numPr>
          <w:ilvl w:val="0"/>
          <w:numId w:val="15"/>
        </w:numPr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zasiłek macierzyński, o którym mowa w przepisach o ubezpieczeniu społecznym rolników, </w:t>
      </w:r>
    </w:p>
    <w:p w14:paraId="0B581E94" w14:textId="77777777" w:rsidR="00A3262C" w:rsidRPr="00B66E0D" w:rsidRDefault="00A3262C" w:rsidP="00B66E0D">
      <w:pPr>
        <w:pStyle w:val="Default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–stypendia dla bezrobotnych finansowane ze środków Unii Europejskiej lub Funduszu Pracy, niezależnie od podmiotu, który je wypłaca, </w:t>
      </w:r>
    </w:p>
    <w:p w14:paraId="4E99CAB0" w14:textId="77777777" w:rsidR="00A3262C" w:rsidRPr="00B66E0D" w:rsidRDefault="00A3262C" w:rsidP="00B66E0D">
      <w:pPr>
        <w:pStyle w:val="Default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– przychody wolne od podatku dochodowego na podstawie art. 21 ust. 1 pkt 148 ustawy z dnia 26 lipca 1991 r. o podatku dochodowym od osób </w:t>
      </w:r>
    </w:p>
    <w:p w14:paraId="7D01A13E" w14:textId="77777777" w:rsidR="00A3262C" w:rsidRPr="00B66E0D" w:rsidRDefault="00A3262C" w:rsidP="00B66E0D">
      <w:pPr>
        <w:pStyle w:val="Default"/>
        <w:jc w:val="both"/>
        <w:rPr>
          <w:sz w:val="20"/>
          <w:szCs w:val="20"/>
        </w:rPr>
      </w:pPr>
      <w:r w:rsidRPr="00B66E0D">
        <w:rPr>
          <w:sz w:val="20"/>
          <w:szCs w:val="20"/>
        </w:rPr>
        <w:t xml:space="preserve">fizycznych, pomniejszone o składki na ubezpieczenia społeczne oraz składki na ubezpieczenia zdrowotne, </w:t>
      </w:r>
    </w:p>
    <w:p w14:paraId="32B37D29" w14:textId="0E289AF5" w:rsidR="00A3262C" w:rsidRPr="00B66E0D" w:rsidRDefault="00A03793" w:rsidP="00B66E0D">
      <w:pPr>
        <w:pStyle w:val="Default"/>
        <w:numPr>
          <w:ilvl w:val="0"/>
          <w:numId w:val="16"/>
        </w:numPr>
        <w:jc w:val="both"/>
        <w:rPr>
          <w:sz w:val="20"/>
          <w:szCs w:val="20"/>
        </w:rPr>
      </w:pPr>
      <w:r w:rsidRPr="00B66E0D">
        <w:rPr>
          <w:sz w:val="20"/>
          <w:szCs w:val="20"/>
        </w:rPr>
        <w:t>-</w:t>
      </w:r>
      <w:r w:rsidR="00A3262C" w:rsidRPr="00B66E0D">
        <w:rPr>
          <w:sz w:val="20"/>
          <w:szCs w:val="20"/>
        </w:rPr>
        <w:t xml:space="preserve">dochody z pozarolniczej działalności gospodarczej opodatkowanej w formie ryczałtu od przychodów ewidencjonowanych, o których mowa w art. 21 ust. 1 pkt 152 lit. c, pkt 153 lit. c i pkt 154 ustawy z dnia 26 lipca 1991 r. o podatku dochodowym od osób fizycznych, ustalone na podstawie oświadczenia dotyczącego każdego członka rodziny; </w:t>
      </w:r>
    </w:p>
    <w:p w14:paraId="6A3B0D10" w14:textId="2648C65A" w:rsidR="00F54E47" w:rsidRPr="00B66E0D" w:rsidRDefault="00F54E47" w:rsidP="00B66E0D">
      <w:pPr>
        <w:spacing w:after="280"/>
        <w:jc w:val="both"/>
        <w:rPr>
          <w:szCs w:val="20"/>
        </w:rPr>
      </w:pPr>
    </w:p>
    <w:p w14:paraId="51055979" w14:textId="77777777" w:rsidR="00A03793" w:rsidRDefault="00A03793">
      <w:pPr>
        <w:spacing w:after="280"/>
        <w:rPr>
          <w:sz w:val="16"/>
          <w:szCs w:val="16"/>
        </w:rPr>
      </w:pPr>
    </w:p>
    <w:p w14:paraId="0756DF9C" w14:textId="77777777" w:rsidR="00A03793" w:rsidRPr="00A3262C" w:rsidRDefault="00A03793">
      <w:pPr>
        <w:spacing w:after="280"/>
        <w:rPr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F54E47" w14:paraId="45D3BA99" w14:textId="77777777">
        <w:trPr>
          <w:jc w:val="center"/>
        </w:trPr>
        <w:tc>
          <w:tcPr>
            <w:tcW w:w="4896" w:type="dxa"/>
          </w:tcPr>
          <w:p w14:paraId="767119EB" w14:textId="351C54F0" w:rsidR="00F54E47" w:rsidRDefault="00000000">
            <w:r>
              <w:t>_________________________, _______________</w:t>
            </w:r>
            <w:r>
              <w:br/>
              <w:t>(</w:t>
            </w:r>
            <w:proofErr w:type="gramStart"/>
            <w:r>
              <w:t xml:space="preserve">miejscowość)   </w:t>
            </w:r>
            <w:proofErr w:type="gramEnd"/>
            <w:r>
              <w:t xml:space="preserve">              </w:t>
            </w:r>
            <w:r w:rsidR="00B66E0D">
              <w:t xml:space="preserve">                 </w:t>
            </w:r>
            <w:proofErr w:type="gramStart"/>
            <w:r w:rsidR="00B66E0D">
              <w:t xml:space="preserve"> </w:t>
            </w:r>
            <w:r>
              <w:t xml:space="preserve">  (</w:t>
            </w:r>
            <w:proofErr w:type="gramEnd"/>
            <w:r>
              <w:t>data)</w:t>
            </w:r>
          </w:p>
        </w:tc>
        <w:tc>
          <w:tcPr>
            <w:tcW w:w="4896" w:type="dxa"/>
          </w:tcPr>
          <w:p w14:paraId="1124108A" w14:textId="2F9B2F70" w:rsidR="00B66E0D" w:rsidRDefault="00B66E0D">
            <w:pPr>
              <w:pBdr>
                <w:bottom w:val="single" w:sz="12" w:space="1" w:color="auto"/>
              </w:pBdr>
              <w:jc w:val="right"/>
            </w:pPr>
          </w:p>
          <w:p w14:paraId="6BFC36EB" w14:textId="4FEB4E34" w:rsidR="00F54E47" w:rsidRDefault="00000000">
            <w:pPr>
              <w:jc w:val="right"/>
            </w:pPr>
            <w:r>
              <w:t>(podpis seniora)</w:t>
            </w:r>
          </w:p>
        </w:tc>
      </w:tr>
    </w:tbl>
    <w:p w14:paraId="66AA68B4" w14:textId="77777777" w:rsidR="00F17CBE" w:rsidRDefault="00F17CBE"/>
    <w:sectPr w:rsidR="00F17CB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DDB62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C8EA6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6CCF76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DD4855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5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6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872360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0A500A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A9F94D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63700606">
    <w:abstractNumId w:val="12"/>
  </w:num>
  <w:num w:numId="2" w16cid:durableId="1842817269">
    <w:abstractNumId w:val="10"/>
  </w:num>
  <w:num w:numId="3" w16cid:durableId="45616438">
    <w:abstractNumId w:val="9"/>
  </w:num>
  <w:num w:numId="4" w16cid:durableId="1262950160">
    <w:abstractNumId w:val="8"/>
  </w:num>
  <w:num w:numId="5" w16cid:durableId="444275400">
    <w:abstractNumId w:val="11"/>
  </w:num>
  <w:num w:numId="6" w16cid:durableId="13655698">
    <w:abstractNumId w:val="7"/>
  </w:num>
  <w:num w:numId="7" w16cid:durableId="1676497914">
    <w:abstractNumId w:val="6"/>
  </w:num>
  <w:num w:numId="8" w16cid:durableId="549996434">
    <w:abstractNumId w:val="5"/>
  </w:num>
  <w:num w:numId="9" w16cid:durableId="1665937381">
    <w:abstractNumId w:val="4"/>
  </w:num>
  <w:num w:numId="10" w16cid:durableId="1050032041">
    <w:abstractNumId w:val="3"/>
  </w:num>
  <w:num w:numId="11" w16cid:durableId="364060341">
    <w:abstractNumId w:val="2"/>
  </w:num>
  <w:num w:numId="12" w16cid:durableId="1344282125">
    <w:abstractNumId w:val="0"/>
  </w:num>
  <w:num w:numId="13" w16cid:durableId="444233098">
    <w:abstractNumId w:val="14"/>
  </w:num>
  <w:num w:numId="14" w16cid:durableId="1311789113">
    <w:abstractNumId w:val="13"/>
  </w:num>
  <w:num w:numId="15" w16cid:durableId="1821847358">
    <w:abstractNumId w:val="1"/>
  </w:num>
  <w:num w:numId="16" w16cid:durableId="6489046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294"/>
    <w:rsid w:val="0015074B"/>
    <w:rsid w:val="0029639D"/>
    <w:rsid w:val="00326F90"/>
    <w:rsid w:val="004245B4"/>
    <w:rsid w:val="008E3099"/>
    <w:rsid w:val="00A03793"/>
    <w:rsid w:val="00A3262C"/>
    <w:rsid w:val="00AA1D8D"/>
    <w:rsid w:val="00B47730"/>
    <w:rsid w:val="00B66E0D"/>
    <w:rsid w:val="00C0427E"/>
    <w:rsid w:val="00CB0664"/>
    <w:rsid w:val="00F17CBE"/>
    <w:rsid w:val="00F54E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2A34D"/>
  <w14:defaultImageDpi w14:val="300"/>
  <w15:docId w15:val="{3C9C1A1E-94BA-4980-83E5-10FF09EF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2222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E30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A326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2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rypin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4543</Words>
  <Characters>27264</Characters>
  <Application>Microsoft Office Word</Application>
  <DocSecurity>0</DocSecurity>
  <Lines>227</Lines>
  <Paragraphs>63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Kubas-Trędewicz</cp:lastModifiedBy>
  <cp:revision>2</cp:revision>
  <dcterms:created xsi:type="dcterms:W3CDTF">2026-10-28T10:37:00Z</dcterms:created>
  <dcterms:modified xsi:type="dcterms:W3CDTF">2026-10-28T10:37:00Z</dcterms:modified>
  <cp:category/>
</cp:coreProperties>
</file>